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18F7" w14:textId="3A0D3D54" w:rsidR="0062353E" w:rsidRDefault="0062353E">
      <w:pPr>
        <w:pStyle w:val="Titolo1"/>
      </w:pPr>
      <w:r w:rsidRPr="007235B8">
        <w:rPr>
          <w:rFonts w:ascii="Noto Sans" w:hAnsi="Noto Sans" w:cs="Noto Sans"/>
          <w:noProof/>
        </w:rPr>
        <w:drawing>
          <wp:anchor distT="0" distB="0" distL="114300" distR="114300" simplePos="0" relativeHeight="251658240" behindDoc="0" locked="0" layoutInCell="1" allowOverlap="1" wp14:anchorId="28F68786" wp14:editId="179B8B44">
            <wp:simplePos x="0" y="0"/>
            <wp:positionH relativeFrom="column">
              <wp:posOffset>2540</wp:posOffset>
            </wp:positionH>
            <wp:positionV relativeFrom="paragraph">
              <wp:posOffset>304800</wp:posOffset>
            </wp:positionV>
            <wp:extent cx="381000" cy="7162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une_trieste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35B8">
        <w:rPr>
          <w:rFonts w:ascii="Noto Sans" w:hAnsi="Noto Sans" w:cs="Noto Sans"/>
          <w:sz w:val="16"/>
          <w:lang w:val="it-IT"/>
        </w:rPr>
        <w:t>Comune di Trieste</w:t>
      </w:r>
      <w:r w:rsidRPr="007235B8">
        <w:rPr>
          <w:rFonts w:ascii="Noto Sans" w:hAnsi="Noto Sans" w:cs="Noto Sans"/>
          <w:sz w:val="16"/>
          <w:lang w:val="it-IT"/>
        </w:rPr>
        <w:br/>
        <w:t>piazza Unità d’Italia 4</w:t>
      </w:r>
      <w:r w:rsidRPr="007235B8">
        <w:rPr>
          <w:rFonts w:ascii="Noto Sans" w:hAnsi="Noto Sans" w:cs="Noto Sans"/>
          <w:sz w:val="16"/>
          <w:lang w:val="it-IT"/>
        </w:rPr>
        <w:br/>
        <w:t>34121 Trieste</w:t>
      </w:r>
      <w:r w:rsidRPr="007235B8">
        <w:rPr>
          <w:rFonts w:ascii="Noto Sans" w:hAnsi="Noto Sans" w:cs="Noto Sans"/>
          <w:sz w:val="16"/>
          <w:lang w:val="it-IT"/>
        </w:rPr>
        <w:br/>
        <w:t>www.comune.trieste.it</w:t>
      </w:r>
      <w:r w:rsidRPr="007235B8">
        <w:rPr>
          <w:rFonts w:ascii="Noto Sans" w:hAnsi="Noto Sans" w:cs="Noto Sans"/>
          <w:sz w:val="16"/>
          <w:lang w:val="it-IT"/>
        </w:rPr>
        <w:br/>
        <w:t>partita iva 00210240321</w:t>
      </w:r>
    </w:p>
    <w:p w14:paraId="6D743C70" w14:textId="77777777" w:rsidR="0062353E" w:rsidRDefault="0062353E"/>
    <w:p w14:paraId="64C4260F" w14:textId="048ED0E7" w:rsidR="0062353E" w:rsidRPr="0062353E" w:rsidRDefault="0062353E">
      <w:pPr>
        <w:rPr>
          <w:rFonts w:ascii="Noto Sans" w:hAnsi="Noto Sans" w:cs="Noto Sans"/>
        </w:rPr>
      </w:pPr>
      <w:r w:rsidRPr="0062353E">
        <w:rPr>
          <w:rFonts w:ascii="Noto Sans" w:hAnsi="Noto Sans" w:cs="Noto Sans"/>
        </w:rPr>
        <w:t>DIPARTIMENTO INNOVAZIONE E SERVIZI AL CITTADINO</w:t>
      </w:r>
    </w:p>
    <w:p w14:paraId="34517962" w14:textId="6784962F" w:rsidR="0062353E" w:rsidRPr="0062353E" w:rsidRDefault="0062353E">
      <w:pPr>
        <w:rPr>
          <w:rFonts w:ascii="Noto Sans" w:hAnsi="Noto Sans" w:cs="Noto Sans"/>
        </w:rPr>
      </w:pPr>
      <w:r w:rsidRPr="0062353E">
        <w:rPr>
          <w:rFonts w:ascii="Noto Sans" w:hAnsi="Noto Sans" w:cs="Noto Sans"/>
        </w:rPr>
        <w:t>SERVIZIO TRASFORMAZIONE DIGITALE</w:t>
      </w:r>
    </w:p>
    <w:p w14:paraId="7DD3A63B" w14:textId="77777777" w:rsidR="0062353E" w:rsidRDefault="0062353E">
      <w:pPr>
        <w:pStyle w:val="Titolo"/>
        <w:jc w:val="center"/>
      </w:pPr>
    </w:p>
    <w:p w14:paraId="7693A040" w14:textId="0A5C4E61" w:rsidR="0062353E" w:rsidRPr="0062353E" w:rsidRDefault="0062353E" w:rsidP="0062353E">
      <w:pPr>
        <w:pStyle w:val="Titolo"/>
        <w:jc w:val="right"/>
        <w:rPr>
          <w:rFonts w:ascii="Noto Sans" w:hAnsi="Noto Sans" w:cs="Noto Sans"/>
          <w:sz w:val="18"/>
          <w:szCs w:val="18"/>
        </w:rPr>
      </w:pPr>
      <w:r w:rsidRPr="0062353E">
        <w:rPr>
          <w:rFonts w:ascii="Noto Sans" w:hAnsi="Noto Sans" w:cs="Noto Sans"/>
          <w:sz w:val="18"/>
          <w:szCs w:val="18"/>
        </w:rPr>
        <w:t>ALLEGATO A</w:t>
      </w:r>
    </w:p>
    <w:p w14:paraId="3C747CA7" w14:textId="77777777" w:rsidR="0062353E" w:rsidRDefault="0062353E">
      <w:pPr>
        <w:pStyle w:val="Titolo"/>
        <w:jc w:val="center"/>
      </w:pPr>
    </w:p>
    <w:p w14:paraId="700929A8" w14:textId="77777777" w:rsidR="0062353E" w:rsidRPr="000F2D34" w:rsidRDefault="00000000" w:rsidP="0062353E">
      <w:pPr>
        <w:pStyle w:val="Titolo"/>
        <w:jc w:val="center"/>
      </w:pPr>
      <w:r w:rsidRPr="000F2D34">
        <w:t>ISTANZA DI MANIFESTAZIONE DI INTERESSE</w:t>
      </w:r>
    </w:p>
    <w:p w14:paraId="78331BF5" w14:textId="1E857D6A" w:rsidR="001A2BCB" w:rsidRDefault="00000000" w:rsidP="0062353E">
      <w:pPr>
        <w:pStyle w:val="Titolo"/>
        <w:jc w:val="center"/>
      </w:pPr>
      <w:proofErr w:type="spellStart"/>
      <w:r w:rsidRPr="000F2D34">
        <w:t>Servizio</w:t>
      </w:r>
      <w:proofErr w:type="spellEnd"/>
      <w:r w:rsidRPr="000F2D34">
        <w:t xml:space="preserve"> SOC e SIEM – </w:t>
      </w:r>
      <w:proofErr w:type="spellStart"/>
      <w:r w:rsidRPr="000F2D34">
        <w:t>consultazione</w:t>
      </w:r>
      <w:proofErr w:type="spellEnd"/>
      <w:r w:rsidRPr="000F2D34">
        <w:t xml:space="preserve"> </w:t>
      </w:r>
      <w:r w:rsidR="000F2D34" w:rsidRPr="000F2D34">
        <w:t xml:space="preserve">di </w:t>
      </w:r>
      <w:proofErr w:type="spellStart"/>
      <w:r w:rsidR="000F2D34" w:rsidRPr="000F2D34">
        <w:t>mercato</w:t>
      </w:r>
      <w:proofErr w:type="spellEnd"/>
      <w:r w:rsidR="000F2D34" w:rsidRPr="000F2D34">
        <w:t xml:space="preserve"> con </w:t>
      </w:r>
      <w:proofErr w:type="spellStart"/>
      <w:r w:rsidR="000F2D34" w:rsidRPr="000F2D34">
        <w:t>contestuale</w:t>
      </w:r>
      <w:proofErr w:type="spellEnd"/>
      <w:r w:rsidR="000F2D34" w:rsidRPr="000F2D34">
        <w:t xml:space="preserve"> </w:t>
      </w:r>
      <w:proofErr w:type="spellStart"/>
      <w:r w:rsidR="000F2D34" w:rsidRPr="000F2D34">
        <w:t>inoltro</w:t>
      </w:r>
      <w:proofErr w:type="spellEnd"/>
      <w:r w:rsidR="000F2D34" w:rsidRPr="000F2D34">
        <w:t xml:space="preserve"> </w:t>
      </w:r>
      <w:r w:rsidR="000F2D34">
        <w:t>d</w:t>
      </w:r>
      <w:r w:rsidR="000F2D34" w:rsidRPr="000F2D34">
        <w:t xml:space="preserve">i </w:t>
      </w:r>
      <w:proofErr w:type="spellStart"/>
      <w:r w:rsidR="000F2D34" w:rsidRPr="000F2D34">
        <w:t>preventiv</w:t>
      </w:r>
      <w:r w:rsidR="000F2D34">
        <w:t>o</w:t>
      </w:r>
      <w:proofErr w:type="spellEnd"/>
      <w:r w:rsidR="000F2D34" w:rsidRPr="000F2D34">
        <w:t xml:space="preserve"> e piano </w:t>
      </w:r>
      <w:proofErr w:type="spellStart"/>
      <w:r w:rsidR="000F2D34" w:rsidRPr="000F2D34">
        <w:t>operativ</w:t>
      </w:r>
      <w:r w:rsidR="000F2D34">
        <w:t>o</w:t>
      </w:r>
      <w:proofErr w:type="spellEnd"/>
      <w:r w:rsidR="000F2D34" w:rsidRPr="000F2D34">
        <w:t xml:space="preserve"> – </w:t>
      </w:r>
      <w:proofErr w:type="spellStart"/>
      <w:r w:rsidR="000F2D34" w:rsidRPr="000F2D34">
        <w:t>procedura</w:t>
      </w:r>
      <w:proofErr w:type="spellEnd"/>
      <w:r w:rsidR="000F2D34" w:rsidRPr="000F2D34">
        <w:t xml:space="preserve"> ex. </w:t>
      </w:r>
      <w:r w:rsidR="000F2D34">
        <w:t>a</w:t>
      </w:r>
      <w:r w:rsidR="000F2D34" w:rsidRPr="000F2D34">
        <w:t xml:space="preserve">rt. 50, comma 1, </w:t>
      </w:r>
      <w:proofErr w:type="spellStart"/>
      <w:r w:rsidR="000F2D34" w:rsidRPr="000F2D34">
        <w:t>lettera</w:t>
      </w:r>
      <w:proofErr w:type="spellEnd"/>
      <w:r w:rsidR="000F2D34" w:rsidRPr="000F2D34">
        <w:t xml:space="preserve"> b)</w:t>
      </w:r>
    </w:p>
    <w:p w14:paraId="799EB038" w14:textId="77777777" w:rsidR="0062353E" w:rsidRPr="0062353E" w:rsidRDefault="00000000" w:rsidP="000F2D34">
      <w:pPr>
        <w:jc w:val="right"/>
        <w:rPr>
          <w:rFonts w:ascii="Noto Sans" w:hAnsi="Noto Sans" w:cs="Noto Sans"/>
          <w:b/>
          <w:bCs/>
          <w:sz w:val="20"/>
          <w:szCs w:val="20"/>
        </w:rPr>
      </w:pPr>
      <w:r w:rsidRPr="0062353E">
        <w:rPr>
          <w:rFonts w:ascii="Noto Sans" w:hAnsi="Noto Sans" w:cs="Noto Sans"/>
          <w:b/>
          <w:bCs/>
          <w:sz w:val="20"/>
          <w:szCs w:val="20"/>
        </w:rPr>
        <w:t xml:space="preserve">Al Comune di Trieste </w:t>
      </w:r>
    </w:p>
    <w:p w14:paraId="34ECC929" w14:textId="306ADF93" w:rsidR="0062353E" w:rsidRPr="0062353E" w:rsidRDefault="0062353E" w:rsidP="000F2D34">
      <w:pPr>
        <w:jc w:val="right"/>
        <w:rPr>
          <w:rFonts w:ascii="Noto Sans" w:hAnsi="Noto Sans" w:cs="Noto Sans"/>
          <w:sz w:val="20"/>
          <w:szCs w:val="20"/>
        </w:rPr>
      </w:pPr>
      <w:proofErr w:type="spellStart"/>
      <w:r>
        <w:rPr>
          <w:rFonts w:ascii="Noto Sans" w:hAnsi="Noto Sans" w:cs="Noto Sans"/>
          <w:sz w:val="20"/>
          <w:szCs w:val="20"/>
        </w:rPr>
        <w:t>Innovazione</w:t>
      </w:r>
      <w:proofErr w:type="spellEnd"/>
      <w:r>
        <w:rPr>
          <w:rFonts w:ascii="Noto Sans" w:hAnsi="Noto Sans" w:cs="Noto Sans"/>
          <w:sz w:val="20"/>
          <w:szCs w:val="20"/>
        </w:rPr>
        <w:t xml:space="preserve"> e Servizi al Cittadino - </w:t>
      </w:r>
      <w:proofErr w:type="spellStart"/>
      <w:r w:rsidRPr="0062353E">
        <w:rPr>
          <w:rFonts w:ascii="Noto Sans" w:hAnsi="Noto Sans" w:cs="Noto Sans"/>
          <w:sz w:val="20"/>
          <w:szCs w:val="20"/>
        </w:rPr>
        <w:t>Servizio</w:t>
      </w:r>
      <w:proofErr w:type="spellEnd"/>
      <w:r w:rsidRPr="0062353E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62353E">
        <w:rPr>
          <w:rFonts w:ascii="Noto Sans" w:hAnsi="Noto Sans" w:cs="Noto Sans"/>
          <w:sz w:val="20"/>
          <w:szCs w:val="20"/>
        </w:rPr>
        <w:t>Trasformazione</w:t>
      </w:r>
      <w:proofErr w:type="spellEnd"/>
      <w:r w:rsidRPr="0062353E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62353E">
        <w:rPr>
          <w:rFonts w:ascii="Noto Sans" w:hAnsi="Noto Sans" w:cs="Noto Sans"/>
          <w:sz w:val="20"/>
          <w:szCs w:val="20"/>
        </w:rPr>
        <w:t>Digitale</w:t>
      </w:r>
      <w:proofErr w:type="spellEnd"/>
      <w:r w:rsidRPr="0062353E">
        <w:rPr>
          <w:rFonts w:ascii="Noto Sans" w:hAnsi="Noto Sans" w:cs="Noto Sans"/>
          <w:sz w:val="20"/>
          <w:szCs w:val="20"/>
        </w:rPr>
        <w:t xml:space="preserve"> </w:t>
      </w:r>
    </w:p>
    <w:p w14:paraId="5B745202" w14:textId="5EC176D8" w:rsidR="0062353E" w:rsidRPr="0062353E" w:rsidRDefault="00000000" w:rsidP="000F2D34">
      <w:pPr>
        <w:jc w:val="right"/>
        <w:rPr>
          <w:rFonts w:ascii="Noto Sans" w:hAnsi="Noto Sans" w:cs="Noto Sans"/>
          <w:sz w:val="20"/>
          <w:szCs w:val="20"/>
        </w:rPr>
      </w:pPr>
      <w:r w:rsidRPr="0062353E">
        <w:rPr>
          <w:rFonts w:ascii="Noto Sans" w:hAnsi="Noto Sans" w:cs="Noto Sans"/>
          <w:sz w:val="20"/>
          <w:szCs w:val="20"/>
        </w:rPr>
        <w:t xml:space="preserve">PEC: </w:t>
      </w:r>
      <w:hyperlink r:id="rId9" w:history="1">
        <w:r w:rsidR="0062353E" w:rsidRPr="0062353E">
          <w:rPr>
            <w:rStyle w:val="Collegamentoipertestuale"/>
            <w:rFonts w:ascii="Noto Sans" w:hAnsi="Noto Sans" w:cs="Noto Sans"/>
            <w:sz w:val="20"/>
            <w:szCs w:val="20"/>
          </w:rPr>
          <w:t>comune.trieste@certgov.fvg.it</w:t>
        </w:r>
      </w:hyperlink>
    </w:p>
    <w:p w14:paraId="53B7638F" w14:textId="77777777" w:rsidR="0062353E" w:rsidRDefault="0062353E" w:rsidP="0062353E"/>
    <w:p w14:paraId="53B383C6" w14:textId="65E9C1A9" w:rsidR="0062353E" w:rsidRPr="0062353E" w:rsidRDefault="0062353E" w:rsidP="0062353E">
      <w:r w:rsidRPr="0062353E">
        <w:rPr>
          <w:rFonts w:ascii="Noto Sans" w:hAnsi="Noto Sans" w:cs="Noto Sans"/>
          <w:b/>
          <w:sz w:val="21"/>
          <w:lang w:val="it-IT"/>
        </w:rPr>
        <w:t>DATI DEL SOTTOSCRITTORE E DELL’OPERATORE ECONOMICO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62353E" w:rsidRPr="00AF06A3" w14:paraId="6E424C64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31F9E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  <w:b/>
              </w:rPr>
              <w:t xml:space="preserve">Nome e </w:t>
            </w:r>
            <w:proofErr w:type="spellStart"/>
            <w:r w:rsidRPr="00AF06A3">
              <w:rPr>
                <w:rFonts w:ascii="Noto Sans" w:hAnsi="Noto Sans" w:cs="Noto Sans"/>
                <w:b/>
              </w:rPr>
              <w:t>cognome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70BE53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0407F193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99B28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  <w:lang w:val="it-IT"/>
              </w:rPr>
            </w:pPr>
            <w:r w:rsidRPr="00AF06A3">
              <w:rPr>
                <w:rFonts w:ascii="Noto Sans" w:hAnsi="Noto Sans" w:cs="Noto Sans"/>
                <w:b/>
                <w:lang w:val="it-IT"/>
              </w:rPr>
              <w:t>Luogo e data di nascita</w:t>
            </w:r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4206B3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29B428A6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CB4C99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proofErr w:type="spellStart"/>
            <w:r w:rsidRPr="00AF06A3">
              <w:rPr>
                <w:rFonts w:ascii="Noto Sans" w:hAnsi="Noto Sans" w:cs="Noto Sans"/>
                <w:b/>
              </w:rPr>
              <w:t>Codice</w:t>
            </w:r>
            <w:proofErr w:type="spellEnd"/>
            <w:r w:rsidRPr="00AF06A3">
              <w:rPr>
                <w:rFonts w:ascii="Noto Sans" w:hAnsi="Noto Sans" w:cs="Noto Sans"/>
                <w:b/>
              </w:rPr>
              <w:t xml:space="preserve"> </w:t>
            </w:r>
            <w:proofErr w:type="spellStart"/>
            <w:r w:rsidRPr="00AF06A3">
              <w:rPr>
                <w:rFonts w:ascii="Noto Sans" w:hAnsi="Noto Sans" w:cs="Noto Sans"/>
                <w:b/>
              </w:rPr>
              <w:t>fiscale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466C42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026F3391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827C4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proofErr w:type="spellStart"/>
            <w:r w:rsidRPr="00AF06A3">
              <w:rPr>
                <w:rFonts w:ascii="Noto Sans" w:hAnsi="Noto Sans" w:cs="Noto Sans"/>
                <w:b/>
              </w:rPr>
              <w:t>Qualifica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A84A3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proofErr w:type="gramStart"/>
            <w:r w:rsidRPr="00AF06A3">
              <w:rPr>
                <w:rFonts w:ascii="Noto Sans" w:hAnsi="Noto Sans" w:cs="Noto Sans"/>
              </w:rPr>
              <w:t>[ ]</w:t>
            </w:r>
            <w:proofErr w:type="gramEnd"/>
            <w:r w:rsidRPr="00AF06A3">
              <w:rPr>
                <w:rFonts w:ascii="Noto Sans" w:hAnsi="Noto Sans" w:cs="Noto Sans"/>
              </w:rPr>
              <w:t xml:space="preserve"> </w:t>
            </w:r>
            <w:proofErr w:type="spellStart"/>
            <w:r w:rsidRPr="00AF06A3">
              <w:rPr>
                <w:rFonts w:ascii="Noto Sans" w:hAnsi="Noto Sans" w:cs="Noto Sans"/>
              </w:rPr>
              <w:t>titolare</w:t>
            </w:r>
            <w:proofErr w:type="spellEnd"/>
            <w:proofErr w:type="gramStart"/>
            <w:r w:rsidRPr="00AF06A3">
              <w:rPr>
                <w:rFonts w:ascii="Noto Sans" w:hAnsi="Noto Sans" w:cs="Noto Sans"/>
              </w:rPr>
              <w:t xml:space="preserve">   [</w:t>
            </w:r>
            <w:proofErr w:type="gramEnd"/>
            <w:r w:rsidRPr="00AF06A3">
              <w:rPr>
                <w:rFonts w:ascii="Noto Sans" w:hAnsi="Noto Sans" w:cs="Noto Sans"/>
              </w:rPr>
              <w:t xml:space="preserve"> ] </w:t>
            </w:r>
            <w:proofErr w:type="spellStart"/>
            <w:r w:rsidRPr="00AF06A3">
              <w:rPr>
                <w:rFonts w:ascii="Noto Sans" w:hAnsi="Noto Sans" w:cs="Noto Sans"/>
              </w:rPr>
              <w:t>legale</w:t>
            </w:r>
            <w:proofErr w:type="spellEnd"/>
            <w:r w:rsidRPr="00AF06A3">
              <w:rPr>
                <w:rFonts w:ascii="Noto Sans" w:hAnsi="Noto Sans" w:cs="Noto Sans"/>
              </w:rPr>
              <w:t xml:space="preserve"> </w:t>
            </w:r>
            <w:proofErr w:type="spellStart"/>
            <w:r w:rsidRPr="00AF06A3">
              <w:rPr>
                <w:rFonts w:ascii="Noto Sans" w:hAnsi="Noto Sans" w:cs="Noto Sans"/>
              </w:rPr>
              <w:t>rappresentante</w:t>
            </w:r>
            <w:proofErr w:type="spellEnd"/>
            <w:proofErr w:type="gramStart"/>
            <w:r w:rsidRPr="00AF06A3">
              <w:rPr>
                <w:rFonts w:ascii="Noto Sans" w:hAnsi="Noto Sans" w:cs="Noto Sans"/>
              </w:rPr>
              <w:t xml:space="preserve">   [</w:t>
            </w:r>
            <w:proofErr w:type="gramEnd"/>
            <w:r w:rsidRPr="00AF06A3">
              <w:rPr>
                <w:rFonts w:ascii="Noto Sans" w:hAnsi="Noto Sans" w:cs="Noto Sans"/>
              </w:rPr>
              <w:t xml:space="preserve"> ] </w:t>
            </w:r>
            <w:proofErr w:type="spellStart"/>
            <w:r w:rsidRPr="00AF06A3">
              <w:rPr>
                <w:rFonts w:ascii="Noto Sans" w:hAnsi="Noto Sans" w:cs="Noto Sans"/>
              </w:rPr>
              <w:t>procuratore</w:t>
            </w:r>
            <w:proofErr w:type="spellEnd"/>
          </w:p>
        </w:tc>
      </w:tr>
      <w:tr w:rsidR="0062353E" w:rsidRPr="00AF06A3" w14:paraId="53371599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19E6B0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proofErr w:type="spellStart"/>
            <w:r w:rsidRPr="00AF06A3">
              <w:rPr>
                <w:rFonts w:ascii="Noto Sans" w:hAnsi="Noto Sans" w:cs="Noto Sans"/>
                <w:b/>
              </w:rPr>
              <w:t>Operatore</w:t>
            </w:r>
            <w:proofErr w:type="spellEnd"/>
            <w:r w:rsidRPr="00AF06A3">
              <w:rPr>
                <w:rFonts w:ascii="Noto Sans" w:hAnsi="Noto Sans" w:cs="Noto Sans"/>
                <w:b/>
              </w:rPr>
              <w:t xml:space="preserve"> </w:t>
            </w:r>
            <w:proofErr w:type="spellStart"/>
            <w:r w:rsidRPr="00AF06A3">
              <w:rPr>
                <w:rFonts w:ascii="Noto Sans" w:hAnsi="Noto Sans" w:cs="Noto Sans"/>
                <w:b/>
              </w:rPr>
              <w:t>economico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3E3CE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7F5A4B6A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47E87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proofErr w:type="spellStart"/>
            <w:r w:rsidRPr="00AF06A3">
              <w:rPr>
                <w:rFonts w:ascii="Noto Sans" w:hAnsi="Noto Sans" w:cs="Noto Sans"/>
                <w:b/>
              </w:rPr>
              <w:t>Sede</w:t>
            </w:r>
            <w:proofErr w:type="spellEnd"/>
            <w:r w:rsidRPr="00AF06A3">
              <w:rPr>
                <w:rFonts w:ascii="Noto Sans" w:hAnsi="Noto Sans" w:cs="Noto Sans"/>
                <w:b/>
              </w:rPr>
              <w:t xml:space="preserve"> </w:t>
            </w:r>
            <w:proofErr w:type="spellStart"/>
            <w:r w:rsidRPr="00AF06A3">
              <w:rPr>
                <w:rFonts w:ascii="Noto Sans" w:hAnsi="Noto Sans" w:cs="Noto Sans"/>
                <w:b/>
              </w:rPr>
              <w:t>legale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6C2C1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20595096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C289A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  <w:b/>
              </w:rPr>
              <w:t>C.F. / Partita IVA</w:t>
            </w:r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E88F7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4A6DB542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550B4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proofErr w:type="spellStart"/>
            <w:r w:rsidRPr="00AF06A3">
              <w:rPr>
                <w:rFonts w:ascii="Noto Sans" w:hAnsi="Noto Sans" w:cs="Noto Sans"/>
                <w:b/>
              </w:rPr>
              <w:t>Telefono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5C46F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06D5CA4A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F8422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  <w:b/>
              </w:rPr>
              <w:t>E-mail</w:t>
            </w:r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0D006A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  <w:tr w:rsidR="0062353E" w:rsidRPr="00AF06A3" w14:paraId="424CB70E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E1BF3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  <w:b/>
              </w:rPr>
              <w:t>PEC</w:t>
            </w:r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43136A" w14:textId="77777777" w:rsidR="0062353E" w:rsidRPr="00AF06A3" w:rsidRDefault="0062353E" w:rsidP="00297737">
            <w:pPr>
              <w:spacing w:after="0"/>
              <w:rPr>
                <w:rFonts w:ascii="Noto Sans" w:hAnsi="Noto Sans" w:cs="Noto Sans"/>
              </w:rPr>
            </w:pPr>
            <w:r w:rsidRPr="00AF06A3">
              <w:rPr>
                <w:rFonts w:ascii="Noto Sans" w:hAnsi="Noto Sans" w:cs="Noto Sans"/>
              </w:rPr>
              <w:t>__________________________________________________________________</w:t>
            </w:r>
          </w:p>
        </w:tc>
      </w:tr>
    </w:tbl>
    <w:p w14:paraId="7F3715F5" w14:textId="79FCC292" w:rsidR="001A2BCB" w:rsidRDefault="0062353E" w:rsidP="0062353E">
      <w:pPr>
        <w:pStyle w:val="Titolo1"/>
        <w:jc w:val="center"/>
        <w:rPr>
          <w:rFonts w:ascii="Noto Sans" w:hAnsi="Noto Sans" w:cs="Noto Sans"/>
          <w:szCs w:val="22"/>
        </w:rPr>
      </w:pPr>
      <w:r w:rsidRPr="0062353E">
        <w:rPr>
          <w:rFonts w:ascii="Noto Sans" w:hAnsi="Noto Sans" w:cs="Noto Sans"/>
          <w:szCs w:val="22"/>
        </w:rPr>
        <w:t>CHIEDE</w:t>
      </w:r>
    </w:p>
    <w:p w14:paraId="249EFD41" w14:textId="77777777" w:rsidR="0062353E" w:rsidRPr="004B225F" w:rsidRDefault="0062353E" w:rsidP="0062353E">
      <w:pPr>
        <w:rPr>
          <w:rFonts w:ascii="Noto Sans" w:hAnsi="Noto Sans" w:cs="Noto Sans"/>
          <w:sz w:val="20"/>
          <w:szCs w:val="20"/>
        </w:rPr>
      </w:pPr>
    </w:p>
    <w:p w14:paraId="7F525AE6" w14:textId="7671BC0A" w:rsidR="001A2BCB" w:rsidRPr="004B225F" w:rsidRDefault="00000000">
      <w:pPr>
        <w:rPr>
          <w:rFonts w:ascii="Noto Sans" w:hAnsi="Noto Sans" w:cs="Noto Sans"/>
          <w:sz w:val="20"/>
          <w:szCs w:val="20"/>
          <w:lang w:val="it-IT"/>
        </w:rPr>
      </w:pPr>
      <w:r w:rsidRPr="004B225F">
        <w:rPr>
          <w:rFonts w:ascii="Noto Sans" w:hAnsi="Noto Sans" w:cs="Noto Sans"/>
          <w:sz w:val="20"/>
          <w:szCs w:val="20"/>
        </w:rPr>
        <w:t xml:space="preserve">di </w:t>
      </w:r>
      <w:proofErr w:type="spellStart"/>
      <w:r w:rsidRPr="004B225F">
        <w:rPr>
          <w:rFonts w:ascii="Noto Sans" w:hAnsi="Noto Sans" w:cs="Noto Sans"/>
          <w:sz w:val="20"/>
          <w:szCs w:val="20"/>
        </w:rPr>
        <w:t>partecipare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alla </w:t>
      </w:r>
      <w:proofErr w:type="spellStart"/>
      <w:r w:rsidRPr="004B225F">
        <w:rPr>
          <w:rFonts w:ascii="Noto Sans" w:hAnsi="Noto Sans" w:cs="Noto Sans"/>
          <w:sz w:val="20"/>
          <w:szCs w:val="20"/>
        </w:rPr>
        <w:t>consultazione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r w:rsidR="004B225F" w:rsidRPr="004B225F">
        <w:rPr>
          <w:rFonts w:ascii="Noto Sans" w:hAnsi="Noto Sans" w:cs="Noto Sans"/>
          <w:sz w:val="20"/>
          <w:szCs w:val="20"/>
          <w:lang w:val="it-IT"/>
        </w:rPr>
        <w:t>istruttoria</w:t>
      </w:r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finalizzata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all’acquisizione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Pr="004B225F">
        <w:rPr>
          <w:rFonts w:ascii="Noto Sans" w:hAnsi="Noto Sans" w:cs="Noto Sans"/>
          <w:sz w:val="20"/>
          <w:szCs w:val="20"/>
        </w:rPr>
        <w:t>elementi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4B225F" w:rsidRPr="004B225F">
        <w:rPr>
          <w:rFonts w:ascii="Noto Sans" w:hAnsi="Noto Sans" w:cs="Noto Sans"/>
          <w:sz w:val="20"/>
          <w:szCs w:val="20"/>
        </w:rPr>
        <w:t>utili</w:t>
      </w:r>
      <w:proofErr w:type="spellEnd"/>
      <w:r w:rsidR="004B225F" w:rsidRPr="004B225F">
        <w:rPr>
          <w:rFonts w:ascii="Noto Sans" w:hAnsi="Noto Sans" w:cs="Noto Sans"/>
          <w:sz w:val="20"/>
          <w:szCs w:val="20"/>
        </w:rPr>
        <w:t xml:space="preserve"> </w:t>
      </w:r>
      <w:r w:rsidRPr="004B225F">
        <w:rPr>
          <w:rFonts w:ascii="Noto Sans" w:hAnsi="Noto Sans" w:cs="Noto Sans"/>
          <w:sz w:val="20"/>
          <w:szCs w:val="20"/>
        </w:rPr>
        <w:t xml:space="preserve">per </w:t>
      </w:r>
      <w:proofErr w:type="spellStart"/>
      <w:r w:rsidRPr="004B225F">
        <w:rPr>
          <w:rFonts w:ascii="Noto Sans" w:hAnsi="Noto Sans" w:cs="Noto Sans"/>
          <w:sz w:val="20"/>
          <w:szCs w:val="20"/>
        </w:rPr>
        <w:t>l’eventuale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affidamento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diretto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del </w:t>
      </w:r>
      <w:proofErr w:type="spellStart"/>
      <w:r w:rsidRPr="004B225F">
        <w:rPr>
          <w:rFonts w:ascii="Noto Sans" w:hAnsi="Noto Sans" w:cs="Noto Sans"/>
          <w:sz w:val="20"/>
          <w:szCs w:val="20"/>
        </w:rPr>
        <w:t>servizio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SOC e SIEM, ai sensi dell’art. 50, comma 1, lett. b), del </w:t>
      </w:r>
      <w:proofErr w:type="gramStart"/>
      <w:r w:rsidRPr="004B225F">
        <w:rPr>
          <w:rFonts w:ascii="Noto Sans" w:hAnsi="Noto Sans" w:cs="Noto Sans"/>
          <w:sz w:val="20"/>
          <w:szCs w:val="20"/>
        </w:rPr>
        <w:t>D.Lgs</w:t>
      </w:r>
      <w:proofErr w:type="gramEnd"/>
      <w:r w:rsidRPr="004B225F">
        <w:rPr>
          <w:rFonts w:ascii="Noto Sans" w:hAnsi="Noto Sans" w:cs="Noto Sans"/>
          <w:sz w:val="20"/>
          <w:szCs w:val="20"/>
        </w:rPr>
        <w:t xml:space="preserve">. 36/2023. </w:t>
      </w:r>
      <w:r w:rsidR="004B225F" w:rsidRPr="004B225F">
        <w:rPr>
          <w:rFonts w:ascii="Noto Sans" w:hAnsi="Noto Sans" w:cs="Noto Sans"/>
          <w:sz w:val="20"/>
          <w:szCs w:val="20"/>
          <w:lang w:val="it-IT"/>
        </w:rPr>
        <w:lastRenderedPageBreak/>
        <w:t>prendendo atto che soltanto l’operatore economico prescelto sarà successivamente coinvolto in una Trattativa Diretta sul Mercato elettronico della pubblica amministrazione (</w:t>
      </w:r>
      <w:proofErr w:type="spellStart"/>
      <w:r w:rsidR="004B225F" w:rsidRPr="004B225F">
        <w:rPr>
          <w:rFonts w:ascii="Noto Sans" w:hAnsi="Noto Sans" w:cs="Noto Sans"/>
          <w:sz w:val="20"/>
          <w:szCs w:val="20"/>
          <w:lang w:val="it-IT"/>
        </w:rPr>
        <w:t>MePA</w:t>
      </w:r>
      <w:proofErr w:type="spellEnd"/>
      <w:r w:rsidR="004B225F" w:rsidRPr="004B225F">
        <w:rPr>
          <w:rFonts w:ascii="Noto Sans" w:hAnsi="Noto Sans" w:cs="Noto Sans"/>
          <w:sz w:val="20"/>
          <w:szCs w:val="20"/>
          <w:lang w:val="it-IT"/>
        </w:rPr>
        <w:t>)</w:t>
      </w:r>
      <w:r w:rsidRPr="004B225F">
        <w:rPr>
          <w:rFonts w:ascii="Noto Sans" w:hAnsi="Noto Sans" w:cs="Noto Sans"/>
          <w:sz w:val="20"/>
          <w:szCs w:val="20"/>
        </w:rPr>
        <w:t>.</w:t>
      </w:r>
    </w:p>
    <w:p w14:paraId="15763659" w14:textId="6C8089FF" w:rsidR="001A2BCB" w:rsidRPr="004B225F" w:rsidRDefault="004B225F">
      <w:pPr>
        <w:rPr>
          <w:rFonts w:ascii="Noto Sans" w:hAnsi="Noto Sans" w:cs="Noto Sans"/>
          <w:sz w:val="20"/>
          <w:szCs w:val="20"/>
        </w:rPr>
      </w:pPr>
      <w:r w:rsidRPr="004B225F">
        <w:rPr>
          <w:rFonts w:ascii="Noto Sans" w:hAnsi="Noto Sans" w:cs="Noto Sans"/>
          <w:sz w:val="20"/>
          <w:szCs w:val="20"/>
          <w:lang w:val="it-IT"/>
        </w:rPr>
        <w:t>A tal fine, ai sensi degli artt. 46 e 47 del D.P.R. 445/2000, consapevole delle responsabilità e delle sanzioni previste in caso di dichiarazioni mendaci</w:t>
      </w:r>
      <w:r w:rsidRPr="004B225F">
        <w:rPr>
          <w:rFonts w:ascii="Noto Sans" w:hAnsi="Noto Sans" w:cs="Noto Sans"/>
          <w:sz w:val="20"/>
          <w:szCs w:val="20"/>
        </w:rPr>
        <w:t>:</w:t>
      </w:r>
    </w:p>
    <w:p w14:paraId="5C5F8BCC" w14:textId="27AC9A51" w:rsidR="004B225F" w:rsidRDefault="004B225F" w:rsidP="004B225F">
      <w:pPr>
        <w:pStyle w:val="Titolo1"/>
        <w:jc w:val="center"/>
        <w:rPr>
          <w:rFonts w:ascii="Noto Sans" w:hAnsi="Noto Sans" w:cs="Noto Sans"/>
          <w:szCs w:val="22"/>
        </w:rPr>
      </w:pPr>
      <w:r w:rsidRPr="004B225F">
        <w:rPr>
          <w:rFonts w:ascii="Noto Sans" w:hAnsi="Noto Sans" w:cs="Noto Sans"/>
          <w:szCs w:val="22"/>
        </w:rPr>
        <w:t>DICHIARA</w:t>
      </w:r>
    </w:p>
    <w:p w14:paraId="204BF78D" w14:textId="77777777" w:rsidR="004B225F" w:rsidRPr="004B225F" w:rsidRDefault="004B225F" w:rsidP="004B225F"/>
    <w:p w14:paraId="730FB37E" w14:textId="7C4F6FCA" w:rsidR="001A2BCB" w:rsidRPr="004B225F" w:rsidRDefault="00000000">
      <w:pPr>
        <w:pStyle w:val="Puntoelenco"/>
        <w:rPr>
          <w:rFonts w:ascii="Noto Sans" w:hAnsi="Noto Sans" w:cs="Noto Sans"/>
          <w:sz w:val="20"/>
          <w:szCs w:val="20"/>
        </w:rPr>
      </w:pPr>
      <w:proofErr w:type="spellStart"/>
      <w:r w:rsidRPr="004B225F">
        <w:rPr>
          <w:rFonts w:ascii="Noto Sans" w:hAnsi="Noto Sans" w:cs="Noto Sans"/>
          <w:sz w:val="20"/>
          <w:szCs w:val="20"/>
        </w:rPr>
        <w:t>che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l’operatore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4B225F">
        <w:rPr>
          <w:rFonts w:ascii="Noto Sans" w:hAnsi="Noto Sans" w:cs="Noto Sans"/>
          <w:sz w:val="20"/>
          <w:szCs w:val="20"/>
        </w:rPr>
        <w:t>economico</w:t>
      </w:r>
      <w:proofErr w:type="spellEnd"/>
      <w:r w:rsidR="004B225F">
        <w:rPr>
          <w:rFonts w:ascii="Noto Sans" w:hAnsi="Noto Sans" w:cs="Noto Sans"/>
          <w:sz w:val="20"/>
          <w:szCs w:val="20"/>
        </w:rPr>
        <w:t xml:space="preserve"> </w:t>
      </w:r>
      <w:r w:rsidRPr="004B225F">
        <w:rPr>
          <w:rFonts w:ascii="Noto Sans" w:hAnsi="Noto Sans" w:cs="Noto Sans"/>
          <w:sz w:val="20"/>
          <w:szCs w:val="20"/>
        </w:rPr>
        <w:t xml:space="preserve">è in </w:t>
      </w:r>
      <w:proofErr w:type="spellStart"/>
      <w:r w:rsidRPr="004B225F">
        <w:rPr>
          <w:rFonts w:ascii="Noto Sans" w:hAnsi="Noto Sans" w:cs="Noto Sans"/>
          <w:sz w:val="20"/>
          <w:szCs w:val="20"/>
        </w:rPr>
        <w:t>possesso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dei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requisiti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di ordine generale previsti dal </w:t>
      </w:r>
      <w:proofErr w:type="gramStart"/>
      <w:r w:rsidRPr="004B225F">
        <w:rPr>
          <w:rFonts w:ascii="Noto Sans" w:hAnsi="Noto Sans" w:cs="Noto Sans"/>
          <w:sz w:val="20"/>
          <w:szCs w:val="20"/>
        </w:rPr>
        <w:t>D.Lgs</w:t>
      </w:r>
      <w:proofErr w:type="gramEnd"/>
      <w:r w:rsidRPr="004B225F">
        <w:rPr>
          <w:rFonts w:ascii="Noto Sans" w:hAnsi="Noto Sans" w:cs="Noto Sans"/>
          <w:sz w:val="20"/>
          <w:szCs w:val="20"/>
        </w:rPr>
        <w:t>. 36/2023, con riferimento alle cause di esclusione applicabili (artt. 94–98);</w:t>
      </w:r>
    </w:p>
    <w:p w14:paraId="331D1574" w14:textId="77777777" w:rsidR="00C55C73" w:rsidRDefault="00000000" w:rsidP="00C55C73">
      <w:pPr>
        <w:pStyle w:val="Puntoelenco"/>
        <w:rPr>
          <w:rFonts w:ascii="Noto Sans" w:hAnsi="Noto Sans" w:cs="Noto Sans"/>
          <w:sz w:val="20"/>
          <w:szCs w:val="20"/>
        </w:rPr>
      </w:pPr>
      <w:proofErr w:type="spellStart"/>
      <w:r w:rsidRPr="004B225F">
        <w:rPr>
          <w:rFonts w:ascii="Noto Sans" w:hAnsi="Noto Sans" w:cs="Noto Sans"/>
          <w:sz w:val="20"/>
          <w:szCs w:val="20"/>
        </w:rPr>
        <w:t>che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4B225F">
        <w:rPr>
          <w:rFonts w:ascii="Noto Sans" w:hAnsi="Noto Sans" w:cs="Noto Sans"/>
          <w:sz w:val="20"/>
          <w:szCs w:val="20"/>
        </w:rPr>
        <w:t>l’operatore</w:t>
      </w:r>
      <w:proofErr w:type="spellEnd"/>
      <w:r w:rsid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4B225F">
        <w:rPr>
          <w:rFonts w:ascii="Noto Sans" w:hAnsi="Noto Sans" w:cs="Noto Sans"/>
          <w:sz w:val="20"/>
          <w:szCs w:val="20"/>
        </w:rPr>
        <w:t>economico</w:t>
      </w:r>
      <w:proofErr w:type="spellEnd"/>
      <w:r w:rsidR="004B225F">
        <w:rPr>
          <w:rFonts w:ascii="Noto Sans" w:hAnsi="Noto Sans" w:cs="Noto Sans"/>
          <w:sz w:val="20"/>
          <w:szCs w:val="20"/>
        </w:rPr>
        <w:t xml:space="preserve"> </w:t>
      </w:r>
      <w:r w:rsidR="004B225F">
        <w:rPr>
          <w:rFonts w:ascii="Noto Sans" w:hAnsi="Noto Sans" w:cs="Noto Sans"/>
          <w:sz w:val="19"/>
          <w:lang w:val="it-IT"/>
        </w:rPr>
        <w:t>è</w:t>
      </w:r>
      <w:r w:rsidR="004B225F" w:rsidRPr="00AF06A3">
        <w:rPr>
          <w:rFonts w:ascii="Noto Sans" w:hAnsi="Noto Sans" w:cs="Noto Sans"/>
          <w:sz w:val="19"/>
          <w:lang w:val="it-IT"/>
        </w:rPr>
        <w:t xml:space="preserve"> iscritto alla Camera di Commercio, Industria, Artigianato e Agricoltura, ovvero al corrispondente registro professionale o commerciale per gli operatori economici stabiliti in altri Stati membri, per attività pertinenti all’oggetto dell’affidamento</w:t>
      </w:r>
      <w:r w:rsidR="004B225F">
        <w:rPr>
          <w:rFonts w:ascii="Noto Sans" w:hAnsi="Noto Sans" w:cs="Noto Sans"/>
          <w:sz w:val="20"/>
          <w:szCs w:val="20"/>
        </w:rPr>
        <w:t>;</w:t>
      </w:r>
    </w:p>
    <w:p w14:paraId="6F79D85C" w14:textId="77777777" w:rsidR="000F2D34" w:rsidRDefault="004B225F" w:rsidP="000F2D34">
      <w:pPr>
        <w:pStyle w:val="Puntoelenco"/>
        <w:rPr>
          <w:rFonts w:ascii="Noto Sans" w:hAnsi="Noto Sans" w:cs="Noto Sans"/>
          <w:sz w:val="20"/>
          <w:szCs w:val="20"/>
        </w:rPr>
      </w:pPr>
      <w:proofErr w:type="spellStart"/>
      <w:r w:rsidRPr="00C55C73">
        <w:rPr>
          <w:rFonts w:ascii="Noto Sans" w:hAnsi="Noto Sans" w:cs="Noto Sans"/>
          <w:sz w:val="20"/>
          <w:szCs w:val="20"/>
        </w:rPr>
        <w:t>che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l’operatore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economico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è in </w:t>
      </w:r>
      <w:proofErr w:type="spellStart"/>
      <w:r w:rsidRPr="00C55C73">
        <w:rPr>
          <w:rFonts w:ascii="Noto Sans" w:hAnsi="Noto Sans" w:cs="Noto Sans"/>
          <w:sz w:val="20"/>
          <w:szCs w:val="20"/>
        </w:rPr>
        <w:t>possesso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Pr="00C55C73">
        <w:rPr>
          <w:rFonts w:ascii="Noto Sans" w:hAnsi="Noto Sans" w:cs="Noto Sans"/>
          <w:sz w:val="20"/>
          <w:szCs w:val="20"/>
        </w:rPr>
        <w:t>documentate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esperienze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pregresse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idonee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all’esecuzione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delle </w:t>
      </w:r>
      <w:proofErr w:type="spellStart"/>
      <w:r w:rsidRPr="00C55C73">
        <w:rPr>
          <w:rFonts w:ascii="Noto Sans" w:hAnsi="Noto Sans" w:cs="Noto Sans"/>
          <w:sz w:val="20"/>
          <w:szCs w:val="20"/>
        </w:rPr>
        <w:t>prestazioni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, come illustrate </w:t>
      </w:r>
      <w:proofErr w:type="spellStart"/>
      <w:r w:rsidRPr="00C55C73">
        <w:rPr>
          <w:rFonts w:ascii="Noto Sans" w:hAnsi="Noto Sans" w:cs="Noto Sans"/>
          <w:sz w:val="20"/>
          <w:szCs w:val="20"/>
        </w:rPr>
        <w:t>nella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sezione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</w:t>
      </w:r>
      <w:r w:rsidR="00C55C73">
        <w:rPr>
          <w:rFonts w:ascii="Noto Sans" w:hAnsi="Noto Sans" w:cs="Noto Sans"/>
          <w:sz w:val="20"/>
          <w:szCs w:val="20"/>
        </w:rPr>
        <w:t>‘</w:t>
      </w:r>
      <w:r w:rsidR="00C55C73" w:rsidRPr="00C55C73">
        <w:rPr>
          <w:rFonts w:ascii="Noto Sans" w:hAnsi="Noto Sans" w:cs="Noto Sans"/>
          <w:sz w:val="20"/>
          <w:szCs w:val="20"/>
        </w:rPr>
        <w:t>ESPERIENZE PREGRESSE NELL’EROGAZIONE DI SERVIZI SOC/SIEM</w:t>
      </w:r>
      <w:r w:rsidR="00C55C73">
        <w:rPr>
          <w:rFonts w:ascii="Noto Sans" w:hAnsi="Noto Sans" w:cs="Noto Sans"/>
          <w:sz w:val="20"/>
          <w:szCs w:val="20"/>
        </w:rPr>
        <w:t>’</w:t>
      </w:r>
      <w:r w:rsidR="000F2D34">
        <w:rPr>
          <w:rFonts w:ascii="Noto Sans" w:hAnsi="Noto Sans" w:cs="Noto Sans"/>
          <w:sz w:val="20"/>
          <w:szCs w:val="20"/>
        </w:rPr>
        <w:t>;</w:t>
      </w:r>
    </w:p>
    <w:p w14:paraId="56B8DA04" w14:textId="68CACC25" w:rsidR="001A2BCB" w:rsidRPr="000F2D34" w:rsidRDefault="00000000" w:rsidP="000F2D34">
      <w:pPr>
        <w:pStyle w:val="Puntoelenco"/>
        <w:rPr>
          <w:rFonts w:ascii="Noto Sans" w:hAnsi="Noto Sans" w:cs="Noto Sans"/>
          <w:sz w:val="20"/>
          <w:szCs w:val="20"/>
        </w:rPr>
      </w:pPr>
      <w:r w:rsidRPr="000F2D34">
        <w:rPr>
          <w:rFonts w:ascii="Noto Sans" w:hAnsi="Noto Sans" w:cs="Noto Sans"/>
          <w:sz w:val="20"/>
          <w:szCs w:val="20"/>
        </w:rPr>
        <w:t xml:space="preserve">di </w:t>
      </w:r>
      <w:proofErr w:type="spellStart"/>
      <w:r w:rsidRPr="000F2D34">
        <w:rPr>
          <w:rFonts w:ascii="Noto Sans" w:hAnsi="Noto Sans" w:cs="Noto Sans"/>
          <w:sz w:val="20"/>
          <w:szCs w:val="20"/>
        </w:rPr>
        <w:t>disporre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0F2D34">
        <w:rPr>
          <w:rFonts w:ascii="Noto Sans" w:hAnsi="Noto Sans" w:cs="Noto Sans"/>
          <w:sz w:val="20"/>
          <w:szCs w:val="20"/>
        </w:rPr>
        <w:t>dell’organizzazione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e delle </w:t>
      </w:r>
      <w:proofErr w:type="spellStart"/>
      <w:r w:rsidRPr="000F2D34">
        <w:rPr>
          <w:rFonts w:ascii="Noto Sans" w:hAnsi="Noto Sans" w:cs="Noto Sans"/>
          <w:sz w:val="20"/>
          <w:szCs w:val="20"/>
        </w:rPr>
        <w:t>professionalità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0F2D34">
        <w:rPr>
          <w:rFonts w:ascii="Noto Sans" w:hAnsi="Noto Sans" w:cs="Noto Sans"/>
          <w:sz w:val="20"/>
          <w:szCs w:val="20"/>
        </w:rPr>
        <w:t>descritte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0F2D34">
        <w:rPr>
          <w:rFonts w:ascii="Noto Sans" w:hAnsi="Noto Sans" w:cs="Noto Sans"/>
          <w:sz w:val="20"/>
          <w:szCs w:val="20"/>
        </w:rPr>
        <w:t>nella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0F2D34">
        <w:rPr>
          <w:rFonts w:ascii="Noto Sans" w:hAnsi="Noto Sans" w:cs="Noto Sans"/>
          <w:sz w:val="20"/>
          <w:szCs w:val="20"/>
        </w:rPr>
        <w:t>sezione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</w:t>
      </w:r>
      <w:r w:rsidR="000F2D34" w:rsidRPr="000F2D34">
        <w:rPr>
          <w:rFonts w:ascii="Noto Sans" w:hAnsi="Noto Sans" w:cs="Noto Sans"/>
          <w:sz w:val="20"/>
          <w:szCs w:val="20"/>
        </w:rPr>
        <w:t>‘FIGURE PROFESSIONALI E ORGANIZZAZIONE DEL GRUPPO DI LAVORO</w:t>
      </w:r>
      <w:proofErr w:type="gramStart"/>
      <w:r w:rsidR="000F2D34" w:rsidRPr="000F2D34">
        <w:rPr>
          <w:rFonts w:ascii="Noto Sans" w:hAnsi="Noto Sans" w:cs="Noto Sans"/>
          <w:sz w:val="20"/>
          <w:szCs w:val="20"/>
        </w:rPr>
        <w:t xml:space="preserve">’ </w:t>
      </w:r>
      <w:r w:rsidRPr="000F2D34">
        <w:rPr>
          <w:rFonts w:ascii="Noto Sans" w:hAnsi="Noto Sans" w:cs="Noto Sans"/>
          <w:sz w:val="20"/>
          <w:szCs w:val="20"/>
        </w:rPr>
        <w:t xml:space="preserve"> e</w:t>
      </w:r>
      <w:proofErr w:type="gramEnd"/>
      <w:r w:rsidRPr="000F2D34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Pr="000F2D34">
        <w:rPr>
          <w:rFonts w:ascii="Noto Sans" w:hAnsi="Noto Sans" w:cs="Noto Sans"/>
          <w:sz w:val="20"/>
          <w:szCs w:val="20"/>
        </w:rPr>
        <w:t>impegnarsi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a </w:t>
      </w:r>
      <w:proofErr w:type="spellStart"/>
      <w:r w:rsidRPr="000F2D34">
        <w:rPr>
          <w:rFonts w:ascii="Noto Sans" w:hAnsi="Noto Sans" w:cs="Noto Sans"/>
          <w:sz w:val="20"/>
          <w:szCs w:val="20"/>
        </w:rPr>
        <w:t>garantire</w:t>
      </w:r>
      <w:proofErr w:type="spellEnd"/>
      <w:r w:rsidRPr="000F2D34">
        <w:rPr>
          <w:rFonts w:ascii="Noto Sans" w:hAnsi="Noto Sans" w:cs="Noto Sans"/>
          <w:sz w:val="20"/>
          <w:szCs w:val="20"/>
        </w:rPr>
        <w:t xml:space="preserve"> le risorse necessarie in caso di affidamento;</w:t>
      </w:r>
    </w:p>
    <w:p w14:paraId="0C90A90B" w14:textId="59C2ED54" w:rsidR="001A2BCB" w:rsidRPr="004B225F" w:rsidRDefault="00000000">
      <w:pPr>
        <w:pStyle w:val="Puntoelenco"/>
        <w:rPr>
          <w:rFonts w:ascii="Noto Sans" w:hAnsi="Noto Sans" w:cs="Noto Sans"/>
          <w:sz w:val="20"/>
          <w:szCs w:val="20"/>
        </w:rPr>
      </w:pPr>
      <w:r w:rsidRPr="004B225F">
        <w:rPr>
          <w:rFonts w:ascii="Noto Sans" w:hAnsi="Noto Sans" w:cs="Noto Sans"/>
          <w:sz w:val="20"/>
          <w:szCs w:val="20"/>
        </w:rPr>
        <w:t xml:space="preserve">di aver esaminato l’Avviso, il Capitolato </w:t>
      </w:r>
      <w:proofErr w:type="spellStart"/>
      <w:r w:rsidRPr="004B225F">
        <w:rPr>
          <w:rFonts w:ascii="Noto Sans" w:hAnsi="Noto Sans" w:cs="Noto Sans"/>
          <w:sz w:val="20"/>
          <w:szCs w:val="20"/>
        </w:rPr>
        <w:t>tecnico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, il Piano </w:t>
      </w:r>
      <w:proofErr w:type="spellStart"/>
      <w:r w:rsidRPr="004B225F">
        <w:rPr>
          <w:rFonts w:ascii="Noto Sans" w:hAnsi="Noto Sans" w:cs="Noto Sans"/>
          <w:sz w:val="20"/>
          <w:szCs w:val="20"/>
        </w:rPr>
        <w:t>operativo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e le </w:t>
      </w:r>
      <w:proofErr w:type="spellStart"/>
      <w:r w:rsidRPr="004B225F">
        <w:rPr>
          <w:rFonts w:ascii="Noto Sans" w:hAnsi="Noto Sans" w:cs="Noto Sans"/>
          <w:sz w:val="20"/>
          <w:szCs w:val="20"/>
        </w:rPr>
        <w:t>Norme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Pr="004B225F">
        <w:rPr>
          <w:rFonts w:ascii="Noto Sans" w:hAnsi="Noto Sans" w:cs="Noto Sans"/>
          <w:sz w:val="20"/>
          <w:szCs w:val="20"/>
        </w:rPr>
        <w:t>comportamento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terze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parti, </w:t>
      </w:r>
      <w:proofErr w:type="spellStart"/>
      <w:r w:rsidRPr="004B225F">
        <w:rPr>
          <w:rFonts w:ascii="Noto Sans" w:hAnsi="Noto Sans" w:cs="Noto Sans"/>
          <w:sz w:val="20"/>
          <w:szCs w:val="20"/>
        </w:rPr>
        <w:t>assumendo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gli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impegni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ivi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4B225F">
        <w:rPr>
          <w:rFonts w:ascii="Noto Sans" w:hAnsi="Noto Sans" w:cs="Noto Sans"/>
          <w:sz w:val="20"/>
          <w:szCs w:val="20"/>
        </w:rPr>
        <w:t>p</w:t>
      </w:r>
      <w:r w:rsidR="004B225F">
        <w:rPr>
          <w:rFonts w:ascii="Noto Sans" w:hAnsi="Noto Sans" w:cs="Noto Sans"/>
          <w:sz w:val="20"/>
          <w:szCs w:val="20"/>
        </w:rPr>
        <w:t>revisti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in </w:t>
      </w:r>
      <w:proofErr w:type="spellStart"/>
      <w:r w:rsidRPr="004B225F">
        <w:rPr>
          <w:rFonts w:ascii="Noto Sans" w:hAnsi="Noto Sans" w:cs="Noto Sans"/>
          <w:sz w:val="20"/>
          <w:szCs w:val="20"/>
        </w:rPr>
        <w:t>caso</w:t>
      </w:r>
      <w:proofErr w:type="spellEnd"/>
      <w:r w:rsidRPr="004B225F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Pr="004B225F">
        <w:rPr>
          <w:rFonts w:ascii="Noto Sans" w:hAnsi="Noto Sans" w:cs="Noto Sans"/>
          <w:sz w:val="20"/>
          <w:szCs w:val="20"/>
        </w:rPr>
        <w:t>affidamento</w:t>
      </w:r>
      <w:proofErr w:type="spellEnd"/>
      <w:r w:rsidRPr="004B225F">
        <w:rPr>
          <w:rFonts w:ascii="Noto Sans" w:hAnsi="Noto Sans" w:cs="Noto Sans"/>
          <w:sz w:val="20"/>
          <w:szCs w:val="20"/>
        </w:rPr>
        <w:t>;</w:t>
      </w:r>
    </w:p>
    <w:p w14:paraId="24B1B974" w14:textId="0BFC1C48" w:rsidR="001A2BCB" w:rsidRPr="000F2D34" w:rsidRDefault="007179FD" w:rsidP="000F2D34">
      <w:pPr>
        <w:pStyle w:val="Puntoelenco"/>
        <w:rPr>
          <w:rFonts w:ascii="Noto Sans" w:hAnsi="Noto Sans" w:cs="Noto Sans"/>
          <w:sz w:val="20"/>
          <w:szCs w:val="20"/>
        </w:rPr>
      </w:pPr>
      <w:r w:rsidRPr="007179FD">
        <w:rPr>
          <w:rFonts w:ascii="Noto Sans" w:hAnsi="Noto Sans" w:cs="Noto Sans"/>
          <w:sz w:val="20"/>
          <w:szCs w:val="20"/>
        </w:rPr>
        <w:t xml:space="preserve">di </w:t>
      </w:r>
      <w:proofErr w:type="spellStart"/>
      <w:r w:rsidRPr="007179FD">
        <w:rPr>
          <w:rFonts w:ascii="Noto Sans" w:hAnsi="Noto Sans" w:cs="Noto Sans"/>
          <w:sz w:val="20"/>
          <w:szCs w:val="20"/>
        </w:rPr>
        <w:t>essere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consapevole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che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il </w:t>
      </w:r>
      <w:proofErr w:type="spellStart"/>
      <w:r w:rsidRPr="007179FD">
        <w:rPr>
          <w:rFonts w:ascii="Noto Sans" w:hAnsi="Noto Sans" w:cs="Noto Sans"/>
          <w:sz w:val="20"/>
          <w:szCs w:val="20"/>
        </w:rPr>
        <w:t>possesso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dei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requisiti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sopra </w:t>
      </w:r>
      <w:proofErr w:type="spellStart"/>
      <w:r w:rsidRPr="007179FD">
        <w:rPr>
          <w:rFonts w:ascii="Noto Sans" w:hAnsi="Noto Sans" w:cs="Noto Sans"/>
          <w:sz w:val="20"/>
          <w:szCs w:val="20"/>
        </w:rPr>
        <w:t>dichiarati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costituisce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condizione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di</w:t>
      </w:r>
      <w:r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ammissione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alla </w:t>
      </w:r>
      <w:proofErr w:type="spellStart"/>
      <w:r w:rsidRPr="007179FD">
        <w:rPr>
          <w:rFonts w:ascii="Noto Sans" w:hAnsi="Noto Sans" w:cs="Noto Sans"/>
          <w:sz w:val="20"/>
          <w:szCs w:val="20"/>
        </w:rPr>
        <w:t>consultazione</w:t>
      </w:r>
      <w:proofErr w:type="spellEnd"/>
      <w:r w:rsidRPr="007179FD">
        <w:rPr>
          <w:rFonts w:ascii="Noto Sans" w:hAnsi="Noto Sans" w:cs="Noto Sans"/>
          <w:sz w:val="20"/>
          <w:szCs w:val="20"/>
        </w:rPr>
        <w:t>;</w:t>
      </w:r>
    </w:p>
    <w:p w14:paraId="1BD87143" w14:textId="77777777" w:rsidR="007179FD" w:rsidRPr="004B225F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</w:rPr>
      </w:pPr>
    </w:p>
    <w:p w14:paraId="1EE553C8" w14:textId="77777777" w:rsidR="007179FD" w:rsidRPr="007179FD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b/>
          <w:bCs/>
          <w:sz w:val="20"/>
          <w:szCs w:val="20"/>
          <w:lang w:val="it-IT"/>
        </w:rPr>
      </w:pPr>
      <w:r w:rsidRPr="007179FD">
        <w:rPr>
          <w:rFonts w:ascii="Noto Sans" w:hAnsi="Noto Sans" w:cs="Noto Sans"/>
          <w:b/>
          <w:bCs/>
          <w:sz w:val="20"/>
          <w:szCs w:val="20"/>
          <w:lang w:val="it-IT"/>
        </w:rPr>
        <w:t xml:space="preserve">ISCRIZIONE / ABILITAZIONE </w:t>
      </w:r>
      <w:proofErr w:type="spellStart"/>
      <w:r w:rsidRPr="007179FD">
        <w:rPr>
          <w:rFonts w:ascii="Noto Sans" w:hAnsi="Noto Sans" w:cs="Noto Sans"/>
          <w:b/>
          <w:bCs/>
          <w:sz w:val="20"/>
          <w:szCs w:val="20"/>
          <w:lang w:val="it-IT"/>
        </w:rPr>
        <w:t>MePA</w:t>
      </w:r>
      <w:proofErr w:type="spellEnd"/>
    </w:p>
    <w:p w14:paraId="5ECBD1A2" w14:textId="77777777" w:rsidR="007179FD" w:rsidRPr="007179FD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  <w:lang w:val="it-IT"/>
        </w:rPr>
      </w:pPr>
      <w:r w:rsidRPr="007179FD">
        <w:rPr>
          <w:rFonts w:ascii="Noto Sans" w:hAnsi="Noto Sans" w:cs="Noto Sans"/>
          <w:sz w:val="20"/>
          <w:szCs w:val="20"/>
          <w:lang w:val="it-IT"/>
        </w:rPr>
        <w:t>L’operatore economico dichiara:</w:t>
      </w:r>
    </w:p>
    <w:p w14:paraId="4C36139C" w14:textId="531D199E" w:rsidR="007179FD" w:rsidRPr="007179FD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  <w:lang w:val="it-IT"/>
        </w:rPr>
      </w:pPr>
      <w:proofErr w:type="gramStart"/>
      <w:r w:rsidRPr="007179FD">
        <w:rPr>
          <w:rFonts w:ascii="Noto Sans" w:hAnsi="Noto Sans" w:cs="Noto Sans"/>
          <w:sz w:val="20"/>
          <w:szCs w:val="20"/>
          <w:lang w:val="it-IT"/>
        </w:rPr>
        <w:t>[ ]</w:t>
      </w:r>
      <w:proofErr w:type="gramEnd"/>
      <w:r w:rsidRPr="007179FD">
        <w:rPr>
          <w:rFonts w:ascii="Noto Sans" w:hAnsi="Noto Sans" w:cs="Noto Sans"/>
          <w:sz w:val="20"/>
          <w:szCs w:val="20"/>
          <w:lang w:val="it-IT"/>
        </w:rPr>
        <w:t xml:space="preserve"> di essere già abilitato al Bando Servizi </w:t>
      </w:r>
      <w:proofErr w:type="spellStart"/>
      <w:r w:rsidRPr="007179FD">
        <w:rPr>
          <w:rFonts w:ascii="Noto Sans" w:hAnsi="Noto Sans" w:cs="Noto Sans"/>
          <w:sz w:val="20"/>
          <w:szCs w:val="20"/>
          <w:lang w:val="it-IT"/>
        </w:rPr>
        <w:t>Mepa</w:t>
      </w:r>
      <w:proofErr w:type="spellEnd"/>
      <w:r w:rsidRPr="007179FD">
        <w:rPr>
          <w:rFonts w:ascii="Noto Sans" w:hAnsi="Noto Sans" w:cs="Noto Sans"/>
          <w:sz w:val="20"/>
          <w:szCs w:val="20"/>
          <w:lang w:val="it-IT"/>
        </w:rPr>
        <w:t xml:space="preserve">: </w:t>
      </w:r>
      <w:r w:rsidRPr="007179FD">
        <w:rPr>
          <w:rFonts w:ascii="Noto Sans" w:hAnsi="Noto Sans" w:cs="Noto Sans"/>
          <w:b/>
          <w:bCs/>
          <w:sz w:val="20"/>
          <w:szCs w:val="20"/>
          <w:lang w:val="it-IT"/>
        </w:rPr>
        <w:t>Sicurezza informatica-</w:t>
      </w:r>
      <w:proofErr w:type="spellStart"/>
      <w:r w:rsidRPr="007179FD">
        <w:rPr>
          <w:rFonts w:ascii="Noto Sans" w:hAnsi="Noto Sans" w:cs="Noto Sans"/>
          <w:b/>
          <w:bCs/>
          <w:sz w:val="20"/>
          <w:szCs w:val="20"/>
          <w:lang w:val="it-IT"/>
        </w:rPr>
        <w:t>Mepa</w:t>
      </w:r>
      <w:proofErr w:type="spellEnd"/>
      <w:r>
        <w:rPr>
          <w:rFonts w:ascii="Noto Sans" w:hAnsi="Noto Sans" w:cs="Noto Sans"/>
          <w:b/>
          <w:bCs/>
          <w:sz w:val="20"/>
          <w:szCs w:val="20"/>
          <w:lang w:val="it-IT"/>
        </w:rPr>
        <w:t xml:space="preserve"> </w:t>
      </w:r>
      <w:r w:rsidRPr="007179FD">
        <w:rPr>
          <w:rFonts w:ascii="Noto Sans" w:hAnsi="Noto Sans" w:cs="Noto Sans"/>
          <w:b/>
          <w:bCs/>
          <w:sz w:val="20"/>
          <w:szCs w:val="20"/>
          <w:lang w:val="it-IT"/>
        </w:rPr>
        <w:t>Servizi</w:t>
      </w:r>
    </w:p>
    <w:p w14:paraId="519B26C1" w14:textId="77777777" w:rsidR="007179FD" w:rsidRPr="007179FD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  <w:lang w:val="it-IT"/>
        </w:rPr>
      </w:pPr>
      <w:r w:rsidRPr="007179FD">
        <w:rPr>
          <w:rFonts w:ascii="Noto Sans" w:hAnsi="Noto Sans" w:cs="Noto Sans"/>
          <w:sz w:val="20"/>
          <w:szCs w:val="20"/>
          <w:lang w:val="it-IT"/>
        </w:rPr>
        <w:t>oppure</w:t>
      </w:r>
    </w:p>
    <w:p w14:paraId="482AA735" w14:textId="1B6E2248" w:rsidR="007179FD" w:rsidRPr="007179FD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  <w:lang w:val="it-IT"/>
        </w:rPr>
      </w:pPr>
      <w:proofErr w:type="gramStart"/>
      <w:r w:rsidRPr="007179FD">
        <w:rPr>
          <w:rFonts w:ascii="Noto Sans" w:hAnsi="Noto Sans" w:cs="Noto Sans"/>
          <w:sz w:val="20"/>
          <w:szCs w:val="20"/>
          <w:lang w:val="it-IT"/>
        </w:rPr>
        <w:t>[ ]</w:t>
      </w:r>
      <w:proofErr w:type="gramEnd"/>
      <w:r w:rsidRPr="007179FD">
        <w:rPr>
          <w:rFonts w:ascii="Noto Sans" w:hAnsi="Noto Sans" w:cs="Noto Sans"/>
          <w:sz w:val="20"/>
          <w:szCs w:val="20"/>
          <w:lang w:val="it-IT"/>
        </w:rPr>
        <w:t xml:space="preserve"> di essere abilitato in altra categoria </w:t>
      </w:r>
      <w:proofErr w:type="spellStart"/>
      <w:r w:rsidRPr="007179FD">
        <w:rPr>
          <w:rFonts w:ascii="Noto Sans" w:hAnsi="Noto Sans" w:cs="Noto Sans"/>
          <w:sz w:val="20"/>
          <w:szCs w:val="20"/>
          <w:lang w:val="it-IT"/>
        </w:rPr>
        <w:t>MePA</w:t>
      </w:r>
      <w:proofErr w:type="spellEnd"/>
      <w:r w:rsidRPr="007179FD">
        <w:rPr>
          <w:rFonts w:ascii="Noto Sans" w:hAnsi="Noto Sans" w:cs="Noto Sans"/>
          <w:sz w:val="20"/>
          <w:szCs w:val="20"/>
          <w:lang w:val="it-IT"/>
        </w:rPr>
        <w:t xml:space="preserve"> coerente: ___________________________________________</w:t>
      </w:r>
      <w:r>
        <w:rPr>
          <w:rFonts w:ascii="Noto Sans" w:hAnsi="Noto Sans" w:cs="Noto Sans"/>
          <w:sz w:val="20"/>
          <w:szCs w:val="20"/>
          <w:lang w:val="it-IT"/>
        </w:rPr>
        <w:t>_</w:t>
      </w:r>
      <w:r w:rsidRPr="007179FD">
        <w:rPr>
          <w:rFonts w:ascii="Noto Sans" w:hAnsi="Noto Sans" w:cs="Noto Sans"/>
          <w:sz w:val="20"/>
          <w:szCs w:val="20"/>
          <w:lang w:val="it-IT"/>
        </w:rPr>
        <w:t>;</w:t>
      </w:r>
    </w:p>
    <w:p w14:paraId="2E98634C" w14:textId="77777777" w:rsidR="007179FD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  <w:lang w:val="it-IT"/>
        </w:rPr>
      </w:pPr>
      <w:proofErr w:type="gramStart"/>
      <w:r w:rsidRPr="007179FD">
        <w:rPr>
          <w:rFonts w:ascii="Noto Sans" w:hAnsi="Noto Sans" w:cs="Noto Sans"/>
          <w:sz w:val="20"/>
          <w:szCs w:val="20"/>
          <w:lang w:val="it-IT"/>
        </w:rPr>
        <w:t>[ ]</w:t>
      </w:r>
      <w:proofErr w:type="gramEnd"/>
      <w:r w:rsidRPr="007179FD">
        <w:rPr>
          <w:rFonts w:ascii="Noto Sans" w:hAnsi="Noto Sans" w:cs="Noto Sans"/>
          <w:sz w:val="20"/>
          <w:szCs w:val="20"/>
          <w:lang w:val="it-IT"/>
        </w:rPr>
        <w:t xml:space="preserve"> di impegnarsi ad attivare tempestivamente l’abilitazione nella categoria che sarà indicata dalla Stazione Appaltante, comunque entro la data dell’eventuale invito.</w:t>
      </w:r>
    </w:p>
    <w:p w14:paraId="7FD96FE5" w14:textId="77777777" w:rsidR="007179FD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  <w:lang w:val="it-IT"/>
        </w:rPr>
      </w:pPr>
    </w:p>
    <w:p w14:paraId="196D6DA6" w14:textId="77777777" w:rsidR="00EF43EA" w:rsidRPr="00EF43EA" w:rsidRDefault="00EF43EA" w:rsidP="00EF43EA">
      <w:pPr>
        <w:pStyle w:val="Puntoelenco"/>
        <w:numPr>
          <w:ilvl w:val="0"/>
          <w:numId w:val="0"/>
        </w:numPr>
        <w:rPr>
          <w:rFonts w:ascii="Noto Sans" w:hAnsi="Noto Sans" w:cs="Noto Sans"/>
          <w:b/>
          <w:bCs/>
          <w:sz w:val="20"/>
          <w:szCs w:val="20"/>
          <w:lang w:val="it-IT"/>
        </w:rPr>
      </w:pPr>
      <w:r w:rsidRPr="00EF43EA">
        <w:rPr>
          <w:rFonts w:ascii="Noto Sans" w:hAnsi="Noto Sans" w:cs="Noto Sans"/>
          <w:b/>
          <w:bCs/>
          <w:sz w:val="20"/>
          <w:szCs w:val="20"/>
          <w:lang w:val="it-IT"/>
        </w:rPr>
        <w:t xml:space="preserve">CCNL APPLICATO E CODICE IDENTIFICATIVO </w:t>
      </w:r>
    </w:p>
    <w:p w14:paraId="16143B78" w14:textId="765E7AA1" w:rsidR="00EF43EA" w:rsidRPr="00EF43EA" w:rsidRDefault="00EF43EA" w:rsidP="00EF43EA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  <w:lang w:val="it-IT"/>
        </w:rPr>
      </w:pPr>
      <w:r w:rsidRPr="00EF43EA">
        <w:rPr>
          <w:rFonts w:ascii="Noto Sans" w:hAnsi="Noto Sans" w:cs="Noto Sans"/>
          <w:sz w:val="20"/>
          <w:szCs w:val="20"/>
          <w:lang w:val="it-IT"/>
        </w:rPr>
        <w:t>CCNL applicato all’eventuale personale impiegato nell’esecuzione del</w:t>
      </w:r>
      <w:r>
        <w:rPr>
          <w:rFonts w:ascii="Noto Sans" w:hAnsi="Noto Sans" w:cs="Noto Sans"/>
          <w:sz w:val="20"/>
          <w:szCs w:val="20"/>
          <w:lang w:val="it-IT"/>
        </w:rPr>
        <w:t xml:space="preserve"> servizio</w:t>
      </w:r>
      <w:r w:rsidRPr="00EF43EA">
        <w:rPr>
          <w:rFonts w:ascii="Noto Sans" w:hAnsi="Noto Sans" w:cs="Noto Sans"/>
          <w:sz w:val="20"/>
          <w:szCs w:val="20"/>
          <w:lang w:val="it-IT"/>
        </w:rPr>
        <w:t xml:space="preserve">: </w:t>
      </w:r>
    </w:p>
    <w:p w14:paraId="0F4E3108" w14:textId="4EA33050" w:rsidR="00EF43EA" w:rsidRPr="00EF43EA" w:rsidRDefault="00EF43EA" w:rsidP="00EF43EA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</w:rPr>
      </w:pPr>
      <w:r w:rsidRPr="00EF43EA">
        <w:rPr>
          <w:rFonts w:ascii="Noto Sans" w:hAnsi="Noto Sans" w:cs="Noto Sans"/>
          <w:sz w:val="20"/>
          <w:szCs w:val="20"/>
          <w:lang w:val="it-IT"/>
        </w:rPr>
        <w:t xml:space="preserve">Codice alfanumerico unico del CCNL (CNEL): </w:t>
      </w:r>
    </w:p>
    <w:p w14:paraId="501C42E6" w14:textId="77777777" w:rsidR="00EF43EA" w:rsidRDefault="00EF43EA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b/>
          <w:bCs/>
          <w:sz w:val="20"/>
          <w:szCs w:val="20"/>
        </w:rPr>
      </w:pPr>
    </w:p>
    <w:p w14:paraId="7BDBB833" w14:textId="45BBC909" w:rsidR="001A2BCB" w:rsidRPr="00C55C73" w:rsidRDefault="007179FD" w:rsidP="007179FD">
      <w:pPr>
        <w:pStyle w:val="Puntoelenco"/>
        <w:numPr>
          <w:ilvl w:val="0"/>
          <w:numId w:val="0"/>
        </w:numPr>
        <w:rPr>
          <w:rFonts w:ascii="Noto Sans" w:hAnsi="Noto Sans" w:cs="Noto Sans"/>
          <w:b/>
          <w:bCs/>
          <w:sz w:val="20"/>
          <w:szCs w:val="20"/>
          <w:lang w:val="it-IT"/>
        </w:rPr>
      </w:pPr>
      <w:r w:rsidRPr="00C55C73">
        <w:rPr>
          <w:rFonts w:ascii="Noto Sans" w:hAnsi="Noto Sans" w:cs="Noto Sans"/>
          <w:b/>
          <w:bCs/>
          <w:sz w:val="20"/>
          <w:szCs w:val="20"/>
        </w:rPr>
        <w:t>ESPERIENZE PREGRESSE NELL’EROGAZIONE DI SERVIZI SOC/SIEM</w:t>
      </w:r>
      <w:r w:rsidR="00C55C73">
        <w:rPr>
          <w:rFonts w:ascii="Noto Sans" w:hAnsi="Noto Sans" w:cs="Noto Sans"/>
          <w:b/>
          <w:bCs/>
          <w:sz w:val="20"/>
          <w:szCs w:val="20"/>
        </w:rPr>
        <w:t xml:space="preserve"> – </w:t>
      </w:r>
      <w:proofErr w:type="spellStart"/>
      <w:r w:rsidR="00C55C73" w:rsidRPr="00127CCF">
        <w:rPr>
          <w:rFonts w:ascii="Noto Sans" w:hAnsi="Noto Sans" w:cs="Noto Sans"/>
          <w:b/>
          <w:bCs/>
          <w:sz w:val="20"/>
          <w:szCs w:val="20"/>
        </w:rPr>
        <w:t>Requisito</w:t>
      </w:r>
      <w:proofErr w:type="spellEnd"/>
      <w:r w:rsidR="00C55C73" w:rsidRPr="00127CCF">
        <w:rPr>
          <w:rFonts w:ascii="Noto Sans" w:hAnsi="Noto Sans" w:cs="Noto Sans"/>
          <w:b/>
          <w:bCs/>
          <w:sz w:val="20"/>
          <w:szCs w:val="20"/>
        </w:rPr>
        <w:t xml:space="preserve"> di </w:t>
      </w:r>
      <w:proofErr w:type="spellStart"/>
      <w:r w:rsidR="00C55C73" w:rsidRPr="00127CCF">
        <w:rPr>
          <w:rFonts w:ascii="Noto Sans" w:hAnsi="Noto Sans" w:cs="Noto Sans"/>
          <w:b/>
          <w:bCs/>
          <w:sz w:val="20"/>
          <w:szCs w:val="20"/>
        </w:rPr>
        <w:t>ammissione</w:t>
      </w:r>
      <w:proofErr w:type="spellEnd"/>
    </w:p>
    <w:p w14:paraId="37367E61" w14:textId="3641BE65" w:rsidR="001A2BCB" w:rsidRPr="007179FD" w:rsidRDefault="00C55C73">
      <w:pPr>
        <w:rPr>
          <w:rFonts w:ascii="Noto Sans" w:hAnsi="Noto Sans" w:cs="Noto Sans"/>
          <w:sz w:val="20"/>
          <w:szCs w:val="20"/>
        </w:rPr>
      </w:pPr>
      <w:proofErr w:type="spellStart"/>
      <w:r>
        <w:rPr>
          <w:rFonts w:ascii="Noto Sans" w:hAnsi="Noto Sans" w:cs="Noto Sans"/>
          <w:sz w:val="20"/>
          <w:szCs w:val="20"/>
        </w:rPr>
        <w:t>Indicare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almeno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tre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contratti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stipulati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>
        <w:rPr>
          <w:rFonts w:ascii="Noto Sans" w:hAnsi="Noto Sans" w:cs="Noto Sans"/>
          <w:sz w:val="20"/>
          <w:szCs w:val="20"/>
        </w:rPr>
        <w:t>nell’ambito</w:t>
      </w:r>
      <w:proofErr w:type="spellEnd"/>
      <w:r>
        <w:rPr>
          <w:rFonts w:ascii="Noto Sans" w:hAnsi="Noto Sans" w:cs="Noto Sans"/>
          <w:sz w:val="20"/>
          <w:szCs w:val="20"/>
        </w:rPr>
        <w:t xml:space="preserve"> della </w:t>
      </w:r>
      <w:proofErr w:type="spellStart"/>
      <w:r>
        <w:rPr>
          <w:rFonts w:ascii="Noto Sans" w:hAnsi="Noto Sans" w:cs="Noto Sans"/>
          <w:sz w:val="20"/>
          <w:szCs w:val="20"/>
        </w:rPr>
        <w:t>gestione</w:t>
      </w:r>
      <w:proofErr w:type="spellEnd"/>
      <w:r>
        <w:rPr>
          <w:rFonts w:ascii="Noto Sans" w:hAnsi="Noto Sans" w:cs="Noto Sans"/>
          <w:sz w:val="20"/>
          <w:szCs w:val="20"/>
        </w:rPr>
        <w:t xml:space="preserve"> di un</w:t>
      </w:r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servizi</w:t>
      </w:r>
      <w:r>
        <w:rPr>
          <w:rFonts w:ascii="Noto Sans" w:hAnsi="Noto Sans" w:cs="Noto Sans"/>
          <w:sz w:val="20"/>
          <w:szCs w:val="20"/>
        </w:rPr>
        <w:t>o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SOC/SIEM con </w:t>
      </w:r>
      <w:proofErr w:type="spellStart"/>
      <w:r w:rsidRPr="007179FD">
        <w:rPr>
          <w:rFonts w:ascii="Noto Sans" w:hAnsi="Noto Sans" w:cs="Noto Sans"/>
          <w:sz w:val="20"/>
          <w:szCs w:val="20"/>
        </w:rPr>
        <w:t>soggetti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pubblici o privati, ciascuno per un corrispettivo non inferiore a € 139.000 IVA </w:t>
      </w:r>
      <w:proofErr w:type="spellStart"/>
      <w:r>
        <w:rPr>
          <w:rFonts w:ascii="Noto Sans" w:hAnsi="Noto Sans" w:cs="Noto Sans"/>
          <w:sz w:val="20"/>
          <w:szCs w:val="20"/>
        </w:rPr>
        <w:t>esclusa</w:t>
      </w:r>
      <w:proofErr w:type="spellEnd"/>
      <w:r>
        <w:rPr>
          <w:rFonts w:ascii="Noto Sans" w:hAnsi="Noto Sans" w:cs="Noto Sans"/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1A2BCB" w:rsidRPr="007179FD" w14:paraId="7FEB596F" w14:textId="77777777">
        <w:tc>
          <w:tcPr>
            <w:tcW w:w="2394" w:type="dxa"/>
          </w:tcPr>
          <w:p w14:paraId="409B20D6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Committente pubblico/privato</w:t>
            </w:r>
          </w:p>
        </w:tc>
        <w:tc>
          <w:tcPr>
            <w:tcW w:w="2394" w:type="dxa"/>
          </w:tcPr>
          <w:p w14:paraId="1A47842A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Oggetto del contratto</w:t>
            </w:r>
          </w:p>
        </w:tc>
        <w:tc>
          <w:tcPr>
            <w:tcW w:w="2394" w:type="dxa"/>
          </w:tcPr>
          <w:p w14:paraId="44A6119B" w14:textId="79D90DEE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 xml:space="preserve">Importo contrattuale IVA </w:t>
            </w:r>
            <w:r w:rsidR="002654FC">
              <w:rPr>
                <w:rFonts w:ascii="Noto Sans" w:hAnsi="Noto Sans" w:cs="Noto Sans"/>
                <w:sz w:val="20"/>
                <w:szCs w:val="20"/>
              </w:rPr>
              <w:t>esclusa</w:t>
            </w:r>
          </w:p>
        </w:tc>
        <w:tc>
          <w:tcPr>
            <w:tcW w:w="2394" w:type="dxa"/>
          </w:tcPr>
          <w:p w14:paraId="31FE32B0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Data stipula / riferimento</w:t>
            </w:r>
          </w:p>
        </w:tc>
      </w:tr>
      <w:tr w:rsidR="001A2BCB" w:rsidRPr="007179FD" w14:paraId="7C24BF50" w14:textId="77777777">
        <w:tc>
          <w:tcPr>
            <w:tcW w:w="2394" w:type="dxa"/>
          </w:tcPr>
          <w:p w14:paraId="02D2ECD1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70D3BA35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059B6A83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3651D352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</w:tr>
      <w:tr w:rsidR="001A2BCB" w:rsidRPr="007179FD" w14:paraId="39A2A163" w14:textId="77777777">
        <w:tc>
          <w:tcPr>
            <w:tcW w:w="2394" w:type="dxa"/>
          </w:tcPr>
          <w:p w14:paraId="28CC47B1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lastRenderedPageBreak/>
              <w:t>[compilare]</w:t>
            </w:r>
          </w:p>
        </w:tc>
        <w:tc>
          <w:tcPr>
            <w:tcW w:w="2394" w:type="dxa"/>
          </w:tcPr>
          <w:p w14:paraId="3FE70CDE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1DE58A00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09EBE451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</w:tr>
      <w:tr w:rsidR="001A2BCB" w:rsidRPr="007179FD" w14:paraId="13BF7F9E" w14:textId="77777777">
        <w:tc>
          <w:tcPr>
            <w:tcW w:w="2394" w:type="dxa"/>
          </w:tcPr>
          <w:p w14:paraId="2F162204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7F23BF21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1968405D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  <w:tc>
          <w:tcPr>
            <w:tcW w:w="2394" w:type="dxa"/>
          </w:tcPr>
          <w:p w14:paraId="4F79EE80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</w:tr>
    </w:tbl>
    <w:p w14:paraId="000B0254" w14:textId="30D7E270" w:rsidR="001A2BCB" w:rsidRPr="007179FD" w:rsidRDefault="00C55C73">
      <w:pPr>
        <w:pStyle w:val="Titolo1"/>
        <w:rPr>
          <w:rFonts w:ascii="Noto Sans" w:hAnsi="Noto Sans" w:cs="Noto Sans"/>
          <w:sz w:val="20"/>
          <w:szCs w:val="20"/>
        </w:rPr>
      </w:pPr>
      <w:r w:rsidRPr="0061192C">
        <w:rPr>
          <w:rFonts w:ascii="Noto Sans" w:hAnsi="Noto Sans" w:cs="Noto Sans"/>
          <w:sz w:val="20"/>
          <w:szCs w:val="20"/>
        </w:rPr>
        <w:t>FIGURE PROFESSIONALI E ORGANIZZAZIONE DEL GRUPPO DI LAVORO</w:t>
      </w:r>
    </w:p>
    <w:p w14:paraId="4164FEBF" w14:textId="499F243A" w:rsidR="001A2BCB" w:rsidRPr="007179FD" w:rsidRDefault="00C55C73">
      <w:pPr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Note per la </w:t>
      </w:r>
      <w:proofErr w:type="spellStart"/>
      <w:r>
        <w:rPr>
          <w:rFonts w:ascii="Noto Sans" w:hAnsi="Noto Sans" w:cs="Noto Sans"/>
          <w:sz w:val="20"/>
          <w:szCs w:val="20"/>
        </w:rPr>
        <w:t>compilazione</w:t>
      </w:r>
      <w:proofErr w:type="spellEnd"/>
      <w:r>
        <w:rPr>
          <w:rFonts w:ascii="Noto Sans" w:hAnsi="Noto Sans" w:cs="Noto Sans"/>
          <w:sz w:val="20"/>
          <w:szCs w:val="20"/>
        </w:rPr>
        <w:t>: n</w:t>
      </w:r>
      <w:r w:rsidRPr="007179FD">
        <w:rPr>
          <w:rFonts w:ascii="Noto Sans" w:hAnsi="Noto Sans" w:cs="Noto Sans"/>
          <w:sz w:val="20"/>
          <w:szCs w:val="20"/>
        </w:rPr>
        <w:t xml:space="preserve">on </w:t>
      </w:r>
      <w:proofErr w:type="spellStart"/>
      <w:r>
        <w:rPr>
          <w:rFonts w:ascii="Noto Sans" w:hAnsi="Noto Sans" w:cs="Noto Sans"/>
          <w:sz w:val="20"/>
          <w:szCs w:val="20"/>
        </w:rPr>
        <w:t>occorre</w:t>
      </w:r>
      <w:proofErr w:type="spellEnd"/>
      <w:r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indicare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nominativi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o </w:t>
      </w:r>
      <w:proofErr w:type="spellStart"/>
      <w:r w:rsidRPr="007179FD">
        <w:rPr>
          <w:rFonts w:ascii="Noto Sans" w:hAnsi="Noto Sans" w:cs="Noto Sans"/>
          <w:sz w:val="20"/>
          <w:szCs w:val="20"/>
        </w:rPr>
        <w:t>altri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dati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personali: identificare le figure con codici F1, F2, F3, F4, </w:t>
      </w:r>
      <w:proofErr w:type="spellStart"/>
      <w:r w:rsidRPr="007179FD">
        <w:rPr>
          <w:rFonts w:ascii="Noto Sans" w:hAnsi="Noto Sans" w:cs="Noto Sans"/>
          <w:sz w:val="20"/>
          <w:szCs w:val="20"/>
        </w:rPr>
        <w:t>ecc</w:t>
      </w:r>
      <w:proofErr w:type="spellEnd"/>
      <w:r w:rsidRPr="007179FD">
        <w:rPr>
          <w:rFonts w:ascii="Noto Sans" w:hAnsi="Noto Sans" w:cs="Noto Sans"/>
          <w:sz w:val="20"/>
          <w:szCs w:val="20"/>
        </w:rPr>
        <w:t>.</w:t>
      </w:r>
    </w:p>
    <w:p w14:paraId="5A8DC200" w14:textId="00E25F43" w:rsidR="001A2BCB" w:rsidRPr="007179FD" w:rsidRDefault="00000000">
      <w:pPr>
        <w:rPr>
          <w:rFonts w:ascii="Noto Sans" w:hAnsi="Noto Sans" w:cs="Noto Sans"/>
          <w:sz w:val="20"/>
          <w:szCs w:val="20"/>
        </w:rPr>
      </w:pPr>
      <w:proofErr w:type="spellStart"/>
      <w:r w:rsidRPr="00C55C73">
        <w:rPr>
          <w:rFonts w:ascii="Noto Sans" w:hAnsi="Noto Sans" w:cs="Noto Sans"/>
          <w:b/>
          <w:bCs/>
          <w:sz w:val="20"/>
          <w:szCs w:val="20"/>
        </w:rPr>
        <w:t>Organizzazione</w:t>
      </w:r>
      <w:proofErr w:type="spellEnd"/>
      <w:r w:rsidRPr="00C55C73">
        <w:rPr>
          <w:rFonts w:ascii="Noto Sans" w:hAnsi="Noto Sans" w:cs="Noto Sans"/>
          <w:b/>
          <w:bCs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b/>
          <w:bCs/>
          <w:sz w:val="20"/>
          <w:szCs w:val="20"/>
        </w:rPr>
        <w:t>proposta</w:t>
      </w:r>
      <w:proofErr w:type="spellEnd"/>
      <w:r w:rsidR="00C55C73">
        <w:rPr>
          <w:rFonts w:ascii="Noto Sans" w:hAnsi="Noto Sans" w:cs="Noto Sans"/>
          <w:b/>
          <w:bCs/>
          <w:sz w:val="20"/>
          <w:szCs w:val="20"/>
        </w:rPr>
        <w:t xml:space="preserve">: </w:t>
      </w:r>
      <w:proofErr w:type="spellStart"/>
      <w:r w:rsidR="00C55C73" w:rsidRPr="00C55C73">
        <w:rPr>
          <w:rFonts w:ascii="Noto Sans" w:hAnsi="Noto Sans" w:cs="Noto Sans"/>
          <w:sz w:val="20"/>
          <w:szCs w:val="20"/>
        </w:rPr>
        <w:t>descrivere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55C73" w:rsidRPr="00C55C73">
        <w:rPr>
          <w:rFonts w:ascii="Noto Sans" w:hAnsi="Noto Sans" w:cs="Noto Sans"/>
          <w:sz w:val="20"/>
          <w:szCs w:val="20"/>
        </w:rPr>
        <w:t>l’organizzazione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55C73" w:rsidRPr="00C55C73">
        <w:rPr>
          <w:rFonts w:ascii="Noto Sans" w:hAnsi="Noto Sans" w:cs="Noto Sans"/>
          <w:sz w:val="20"/>
          <w:szCs w:val="20"/>
        </w:rPr>
        <w:t>proposta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per il </w:t>
      </w:r>
      <w:proofErr w:type="spellStart"/>
      <w:r w:rsidR="00C55C73" w:rsidRPr="00C55C73">
        <w:rPr>
          <w:rFonts w:ascii="Noto Sans" w:hAnsi="Noto Sans" w:cs="Noto Sans"/>
          <w:sz w:val="20"/>
          <w:szCs w:val="20"/>
        </w:rPr>
        <w:t>gruppo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di Lavoro </w:t>
      </w:r>
      <w:proofErr w:type="spellStart"/>
      <w:r w:rsidR="00C55C73" w:rsidRPr="00C55C73">
        <w:rPr>
          <w:rFonts w:ascii="Noto Sans" w:hAnsi="Noto Sans" w:cs="Noto Sans"/>
          <w:sz w:val="20"/>
          <w:szCs w:val="20"/>
        </w:rPr>
        <w:t>includendo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55C73" w:rsidRPr="00C55C73">
        <w:rPr>
          <w:rFonts w:ascii="Noto Sans" w:hAnsi="Noto Sans" w:cs="Noto Sans"/>
          <w:sz w:val="20"/>
          <w:szCs w:val="20"/>
        </w:rPr>
        <w:t>gli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55C73" w:rsidRPr="00C55C73">
        <w:rPr>
          <w:rFonts w:ascii="Noto Sans" w:hAnsi="Noto Sans" w:cs="Noto Sans"/>
          <w:sz w:val="20"/>
          <w:szCs w:val="20"/>
        </w:rPr>
        <w:t>aspeti</w:t>
      </w:r>
      <w:proofErr w:type="spellEnd"/>
      <w:r w:rsidR="00C55C73" w:rsidRPr="00C55C73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Pr="00C55C73">
        <w:rPr>
          <w:rFonts w:ascii="Noto Sans" w:hAnsi="Noto Sans" w:cs="Noto Sans"/>
          <w:sz w:val="20"/>
          <w:szCs w:val="20"/>
        </w:rPr>
        <w:t>turnazione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, </w:t>
      </w:r>
      <w:proofErr w:type="spellStart"/>
      <w:r w:rsidRPr="00C55C73">
        <w:rPr>
          <w:rFonts w:ascii="Noto Sans" w:hAnsi="Noto Sans" w:cs="Noto Sans"/>
          <w:sz w:val="20"/>
          <w:szCs w:val="20"/>
        </w:rPr>
        <w:t>disponibilità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r w:rsidR="00C55C73" w:rsidRPr="00C55C73">
        <w:rPr>
          <w:rFonts w:ascii="Noto Sans" w:hAnsi="Noto Sans" w:cs="Noto Sans"/>
          <w:sz w:val="20"/>
          <w:szCs w:val="20"/>
        </w:rPr>
        <w:t xml:space="preserve">degli specialist e di </w:t>
      </w:r>
      <w:proofErr w:type="spellStart"/>
      <w:r w:rsidRPr="00C55C73">
        <w:rPr>
          <w:rFonts w:ascii="Noto Sans" w:hAnsi="Noto Sans" w:cs="Noto Sans"/>
          <w:sz w:val="20"/>
          <w:szCs w:val="20"/>
        </w:rPr>
        <w:t>raccordo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tra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sz w:val="20"/>
          <w:szCs w:val="20"/>
        </w:rPr>
        <w:t>ruoli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e </w:t>
      </w:r>
      <w:proofErr w:type="spellStart"/>
      <w:r w:rsidRPr="00C55C73">
        <w:rPr>
          <w:rFonts w:ascii="Noto Sans" w:hAnsi="Noto Sans" w:cs="Noto Sans"/>
          <w:sz w:val="20"/>
          <w:szCs w:val="20"/>
        </w:rPr>
        <w:t>gestione</w:t>
      </w:r>
      <w:proofErr w:type="spellEnd"/>
      <w:r w:rsidRPr="00C55C73">
        <w:rPr>
          <w:rFonts w:ascii="Noto Sans" w:hAnsi="Noto Sans" w:cs="Noto Sans"/>
          <w:sz w:val="20"/>
          <w:szCs w:val="20"/>
        </w:rPr>
        <w:t xml:space="preserve"> turnover</w:t>
      </w:r>
      <w:r w:rsidR="00C55C73" w:rsidRPr="00C55C73">
        <w:rPr>
          <w:rFonts w:ascii="Noto Sans" w:hAnsi="Noto Sans" w:cs="Noto Sans"/>
          <w:sz w:val="20"/>
          <w:szCs w:val="20"/>
        </w:rPr>
        <w:t>. M</w:t>
      </w:r>
      <w:r w:rsidRPr="00C55C73">
        <w:rPr>
          <w:rFonts w:ascii="Noto Sans" w:hAnsi="Noto Sans" w:cs="Noto Sans"/>
          <w:sz w:val="20"/>
          <w:szCs w:val="20"/>
        </w:rPr>
        <w:t>assimo 600 parole; non sono ammesse immagini.</w:t>
      </w:r>
    </w:p>
    <w:p w14:paraId="0B584E99" w14:textId="77777777" w:rsidR="001A2BCB" w:rsidRPr="007179FD" w:rsidRDefault="00000000">
      <w:pPr>
        <w:rPr>
          <w:rFonts w:ascii="Noto Sans" w:hAnsi="Noto Sans" w:cs="Noto Sans"/>
          <w:sz w:val="20"/>
          <w:szCs w:val="20"/>
        </w:rPr>
      </w:pPr>
      <w:r w:rsidRPr="007179FD">
        <w:rPr>
          <w:rFonts w:ascii="Noto Sans" w:hAnsi="Noto Sans" w:cs="Noto Sans"/>
          <w:sz w:val="20"/>
          <w:szCs w:val="20"/>
        </w:rPr>
        <w:t>[Spazio per la compilazione]</w:t>
      </w:r>
      <w:r w:rsidRPr="007179FD">
        <w:rPr>
          <w:rFonts w:ascii="Noto Sans" w:hAnsi="Noto Sans" w:cs="Noto Sans"/>
          <w:sz w:val="20"/>
          <w:szCs w:val="20"/>
        </w:rPr>
        <w:br/>
      </w:r>
      <w:r w:rsidRPr="007179FD">
        <w:rPr>
          <w:rFonts w:ascii="Noto Sans" w:hAnsi="Noto Sans" w:cs="Noto Sans"/>
          <w:sz w:val="20"/>
          <w:szCs w:val="20"/>
        </w:rPr>
        <w:br/>
        <w:t>________________________________________________________________________________</w:t>
      </w:r>
      <w:r w:rsidRPr="007179FD">
        <w:rPr>
          <w:rFonts w:ascii="Noto Sans" w:hAnsi="Noto Sans" w:cs="Noto Sans"/>
          <w:sz w:val="20"/>
          <w:szCs w:val="20"/>
        </w:rPr>
        <w:br/>
      </w:r>
      <w:r w:rsidRPr="007179FD">
        <w:rPr>
          <w:rFonts w:ascii="Noto Sans" w:hAnsi="Noto Sans" w:cs="Noto Sans"/>
          <w:sz w:val="20"/>
          <w:szCs w:val="20"/>
        </w:rPr>
        <w:br/>
        <w:t>________________________________________________________________________________</w:t>
      </w:r>
      <w:r w:rsidRPr="007179FD">
        <w:rPr>
          <w:rFonts w:ascii="Noto Sans" w:hAnsi="Noto Sans" w:cs="Noto Sans"/>
          <w:sz w:val="20"/>
          <w:szCs w:val="20"/>
        </w:rPr>
        <w:br/>
      </w:r>
    </w:p>
    <w:p w14:paraId="55CBF9D4" w14:textId="56C3327A" w:rsidR="001A2BCB" w:rsidRPr="007179FD" w:rsidRDefault="00000000">
      <w:pPr>
        <w:rPr>
          <w:rFonts w:ascii="Noto Sans" w:hAnsi="Noto Sans" w:cs="Noto Sans"/>
          <w:sz w:val="20"/>
          <w:szCs w:val="20"/>
        </w:rPr>
      </w:pPr>
      <w:r w:rsidRPr="00C55C73">
        <w:rPr>
          <w:rFonts w:ascii="Noto Sans" w:hAnsi="Noto Sans" w:cs="Noto Sans"/>
          <w:b/>
          <w:bCs/>
          <w:sz w:val="20"/>
          <w:szCs w:val="20"/>
        </w:rPr>
        <w:t xml:space="preserve">Figure e </w:t>
      </w:r>
      <w:proofErr w:type="spellStart"/>
      <w:r w:rsidRPr="00C55C73">
        <w:rPr>
          <w:rFonts w:ascii="Noto Sans" w:hAnsi="Noto Sans" w:cs="Noto Sans"/>
          <w:b/>
          <w:bCs/>
          <w:sz w:val="20"/>
          <w:szCs w:val="20"/>
        </w:rPr>
        <w:t>principali</w:t>
      </w:r>
      <w:proofErr w:type="spellEnd"/>
      <w:r w:rsidRPr="00C55C73">
        <w:rPr>
          <w:rFonts w:ascii="Noto Sans" w:hAnsi="Noto Sans" w:cs="Noto Sans"/>
          <w:b/>
          <w:bCs/>
          <w:sz w:val="20"/>
          <w:szCs w:val="20"/>
        </w:rPr>
        <w:t xml:space="preserve"> </w:t>
      </w:r>
      <w:proofErr w:type="spellStart"/>
      <w:r w:rsidRPr="00C55C73">
        <w:rPr>
          <w:rFonts w:ascii="Noto Sans" w:hAnsi="Noto Sans" w:cs="Noto Sans"/>
          <w:b/>
          <w:bCs/>
          <w:sz w:val="20"/>
          <w:szCs w:val="20"/>
        </w:rPr>
        <w:t>esperienze</w:t>
      </w:r>
      <w:proofErr w:type="spellEnd"/>
      <w:r w:rsidRPr="00C55C73">
        <w:rPr>
          <w:rFonts w:ascii="Noto Sans" w:hAnsi="Noto Sans" w:cs="Noto Sans"/>
          <w:b/>
          <w:bCs/>
          <w:sz w:val="20"/>
          <w:szCs w:val="20"/>
        </w:rPr>
        <w:t xml:space="preserve"> significative</w:t>
      </w:r>
      <w:r w:rsidRPr="007179FD">
        <w:rPr>
          <w:rFonts w:ascii="Noto Sans" w:hAnsi="Noto Sans" w:cs="Noto Sans"/>
          <w:sz w:val="20"/>
          <w:szCs w:val="20"/>
        </w:rPr>
        <w:t xml:space="preserve">: </w:t>
      </w:r>
      <w:proofErr w:type="spellStart"/>
      <w:r w:rsidR="00C55C73">
        <w:rPr>
          <w:rFonts w:ascii="Noto Sans" w:hAnsi="Noto Sans" w:cs="Noto Sans"/>
          <w:sz w:val="20"/>
          <w:szCs w:val="20"/>
        </w:rPr>
        <w:t>completare</w:t>
      </w:r>
      <w:proofErr w:type="spellEnd"/>
      <w:r w:rsidR="00C55C73">
        <w:rPr>
          <w:rFonts w:ascii="Noto Sans" w:hAnsi="Noto Sans" w:cs="Noto Sans"/>
          <w:sz w:val="20"/>
          <w:szCs w:val="20"/>
        </w:rPr>
        <w:t xml:space="preserve"> la </w:t>
      </w:r>
      <w:proofErr w:type="spellStart"/>
      <w:r w:rsidR="00C55C73">
        <w:rPr>
          <w:rFonts w:ascii="Noto Sans" w:hAnsi="Noto Sans" w:cs="Noto Sans"/>
          <w:sz w:val="20"/>
          <w:szCs w:val="20"/>
        </w:rPr>
        <w:t>tabella</w:t>
      </w:r>
      <w:proofErr w:type="spellEnd"/>
      <w:r w:rsidR="00C55C73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55C73">
        <w:rPr>
          <w:rFonts w:ascii="Noto Sans" w:hAnsi="Noto Sans" w:cs="Noto Sans"/>
          <w:sz w:val="20"/>
          <w:szCs w:val="20"/>
        </w:rPr>
        <w:t>inserendo</w:t>
      </w:r>
      <w:proofErr w:type="spellEnd"/>
      <w:r w:rsidR="00C55C73">
        <w:rPr>
          <w:rFonts w:ascii="Noto Sans" w:hAnsi="Noto Sans" w:cs="Noto Sans"/>
          <w:sz w:val="20"/>
          <w:szCs w:val="20"/>
        </w:rPr>
        <w:t xml:space="preserve"> le figure </w:t>
      </w:r>
      <w:proofErr w:type="spellStart"/>
      <w:r w:rsidR="00C55C73">
        <w:rPr>
          <w:rFonts w:ascii="Noto Sans" w:hAnsi="Noto Sans" w:cs="Noto Sans"/>
          <w:sz w:val="20"/>
          <w:szCs w:val="20"/>
        </w:rPr>
        <w:t>previste</w:t>
      </w:r>
      <w:proofErr w:type="spellEnd"/>
      <w:r w:rsidR="00C55C73">
        <w:rPr>
          <w:rFonts w:ascii="Noto Sans" w:hAnsi="Noto Sans" w:cs="Noto Sans"/>
          <w:sz w:val="20"/>
          <w:szCs w:val="20"/>
        </w:rPr>
        <w:t xml:space="preserve"> </w:t>
      </w:r>
      <w:r w:rsidR="00CB1B92">
        <w:rPr>
          <w:rFonts w:ascii="Noto Sans" w:hAnsi="Noto Sans" w:cs="Noto Sans"/>
          <w:sz w:val="20"/>
          <w:szCs w:val="20"/>
        </w:rPr>
        <w:t xml:space="preserve">e </w:t>
      </w:r>
      <w:proofErr w:type="spellStart"/>
      <w:r w:rsidR="00CB1B92">
        <w:rPr>
          <w:rFonts w:ascii="Noto Sans" w:hAnsi="Noto Sans" w:cs="Noto Sans"/>
          <w:sz w:val="20"/>
          <w:szCs w:val="20"/>
        </w:rPr>
        <w:t>descrivendone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>
        <w:rPr>
          <w:rFonts w:ascii="Noto Sans" w:hAnsi="Noto Sans" w:cs="Noto Sans"/>
          <w:sz w:val="20"/>
          <w:szCs w:val="20"/>
        </w:rPr>
        <w:t>sinteticamente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le sole </w:t>
      </w:r>
      <w:proofErr w:type="spellStart"/>
      <w:r w:rsidR="00CB1B92">
        <w:rPr>
          <w:rFonts w:ascii="Noto Sans" w:hAnsi="Noto Sans" w:cs="Noto Sans"/>
          <w:sz w:val="20"/>
          <w:szCs w:val="20"/>
        </w:rPr>
        <w:t>esperienze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significative. </w:t>
      </w:r>
      <w:r w:rsidR="00CB1B92" w:rsidRPr="007179FD">
        <w:rPr>
          <w:rFonts w:ascii="Noto Sans" w:hAnsi="Noto Sans" w:cs="Noto Sans"/>
          <w:sz w:val="20"/>
          <w:szCs w:val="20"/>
        </w:rPr>
        <w:t xml:space="preserve">Se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una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persona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copre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più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ruoli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utilizzare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lo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stesso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codice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su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più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 w:rsidRPr="007179FD">
        <w:rPr>
          <w:rFonts w:ascii="Noto Sans" w:hAnsi="Noto Sans" w:cs="Noto Sans"/>
          <w:sz w:val="20"/>
          <w:szCs w:val="20"/>
        </w:rPr>
        <w:t>righe</w:t>
      </w:r>
      <w:proofErr w:type="spellEnd"/>
      <w:r w:rsidR="00CB1B92" w:rsidRPr="007179FD">
        <w:rPr>
          <w:rFonts w:ascii="Noto Sans" w:hAnsi="Noto Sans" w:cs="Noto Sans"/>
          <w:sz w:val="20"/>
          <w:szCs w:val="20"/>
        </w:rPr>
        <w:t xml:space="preserve">. È </w:t>
      </w:r>
      <w:proofErr w:type="spellStart"/>
      <w:r w:rsidR="00CB1B92">
        <w:rPr>
          <w:rFonts w:ascii="Noto Sans" w:hAnsi="Noto Sans" w:cs="Noto Sans"/>
          <w:sz w:val="20"/>
          <w:szCs w:val="20"/>
        </w:rPr>
        <w:t>ammessa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>
        <w:rPr>
          <w:rFonts w:ascii="Noto Sans" w:hAnsi="Noto Sans" w:cs="Noto Sans"/>
          <w:sz w:val="20"/>
          <w:szCs w:val="20"/>
        </w:rPr>
        <w:t>una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>
        <w:rPr>
          <w:rFonts w:ascii="Noto Sans" w:hAnsi="Noto Sans" w:cs="Noto Sans"/>
          <w:sz w:val="20"/>
          <w:szCs w:val="20"/>
        </w:rPr>
        <w:t>descrizione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="00CB1B92">
        <w:rPr>
          <w:rFonts w:ascii="Noto Sans" w:hAnsi="Noto Sans" w:cs="Noto Sans"/>
          <w:sz w:val="20"/>
          <w:szCs w:val="20"/>
        </w:rPr>
        <w:t>gruppo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(ad es. per </w:t>
      </w:r>
      <w:proofErr w:type="spellStart"/>
      <w:r w:rsidR="00CB1B92">
        <w:rPr>
          <w:rFonts w:ascii="Noto Sans" w:hAnsi="Noto Sans" w:cs="Noto Sans"/>
          <w:sz w:val="20"/>
          <w:szCs w:val="20"/>
        </w:rPr>
        <w:t>gli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>
        <w:rPr>
          <w:rFonts w:ascii="Noto Sans" w:hAnsi="Noto Sans" w:cs="Noto Sans"/>
          <w:sz w:val="20"/>
          <w:szCs w:val="20"/>
        </w:rPr>
        <w:t>analisti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SOC) </w:t>
      </w:r>
      <w:proofErr w:type="spellStart"/>
      <w:r w:rsidR="00CB1B92">
        <w:rPr>
          <w:rFonts w:ascii="Noto Sans" w:hAnsi="Noto Sans" w:cs="Noto Sans"/>
          <w:sz w:val="20"/>
          <w:szCs w:val="20"/>
        </w:rPr>
        <w:t>riportando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il </w:t>
      </w:r>
      <w:proofErr w:type="spellStart"/>
      <w:r w:rsidR="00CB1B92">
        <w:rPr>
          <w:rFonts w:ascii="Noto Sans" w:hAnsi="Noto Sans" w:cs="Noto Sans"/>
          <w:sz w:val="20"/>
          <w:szCs w:val="20"/>
        </w:rPr>
        <w:t>numero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di </w:t>
      </w:r>
      <w:proofErr w:type="spellStart"/>
      <w:r w:rsidR="00CB1B92">
        <w:rPr>
          <w:rFonts w:ascii="Noto Sans" w:hAnsi="Noto Sans" w:cs="Noto Sans"/>
          <w:sz w:val="20"/>
          <w:szCs w:val="20"/>
        </w:rPr>
        <w:t>persone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CB1B92">
        <w:rPr>
          <w:rFonts w:ascii="Noto Sans" w:hAnsi="Noto Sans" w:cs="Noto Sans"/>
          <w:sz w:val="20"/>
          <w:szCs w:val="20"/>
        </w:rPr>
        <w:t>che</w:t>
      </w:r>
      <w:proofErr w:type="spellEnd"/>
      <w:r w:rsidR="00CB1B92">
        <w:rPr>
          <w:rFonts w:ascii="Noto Sans" w:hAnsi="Noto Sans" w:cs="Noto Sans"/>
          <w:sz w:val="20"/>
          <w:szCs w:val="20"/>
        </w:rPr>
        <w:t xml:space="preserve"> lo </w:t>
      </w:r>
      <w:proofErr w:type="spellStart"/>
      <w:r w:rsidR="00CB1B92">
        <w:rPr>
          <w:rFonts w:ascii="Noto Sans" w:hAnsi="Noto Sans" w:cs="Noto Sans"/>
          <w:sz w:val="20"/>
          <w:szCs w:val="20"/>
        </w:rPr>
        <w:t>compongono</w:t>
      </w:r>
      <w:proofErr w:type="spellEnd"/>
      <w:r w:rsidR="00CB1B92">
        <w:rPr>
          <w:rFonts w:ascii="Noto Sans" w:hAnsi="Noto Sans" w:cs="Noto Sans"/>
          <w:sz w:val="20"/>
          <w:szCs w:val="20"/>
        </w:rPr>
        <w:t>.</w:t>
      </w:r>
      <w:r w:rsidR="00CB1B92" w:rsidRPr="007179FD">
        <w:rPr>
          <w:rFonts w:ascii="Noto Sans" w:hAnsi="Noto Sans" w:cs="Noto Sans"/>
          <w:sz w:val="20"/>
          <w:szCs w:val="20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1A2BCB" w:rsidRPr="007179FD" w14:paraId="02DF2B9A" w14:textId="77777777">
        <w:tc>
          <w:tcPr>
            <w:tcW w:w="3192" w:type="dxa"/>
          </w:tcPr>
          <w:p w14:paraId="0D3C2757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Codice figura / gruppo</w:t>
            </w:r>
          </w:p>
        </w:tc>
        <w:tc>
          <w:tcPr>
            <w:tcW w:w="3192" w:type="dxa"/>
          </w:tcPr>
          <w:p w14:paraId="57BDE89B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Ruolo e attività</w:t>
            </w:r>
          </w:p>
        </w:tc>
        <w:tc>
          <w:tcPr>
            <w:tcW w:w="3192" w:type="dxa"/>
          </w:tcPr>
          <w:p w14:paraId="2B915E66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Esperienze pregresse significative (max 30 parole)</w:t>
            </w:r>
          </w:p>
        </w:tc>
      </w:tr>
      <w:tr w:rsidR="001A2BCB" w:rsidRPr="007179FD" w14:paraId="39DC7BAD" w14:textId="77777777">
        <w:tc>
          <w:tcPr>
            <w:tcW w:w="3192" w:type="dxa"/>
          </w:tcPr>
          <w:p w14:paraId="46985D6E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F1</w:t>
            </w:r>
          </w:p>
        </w:tc>
        <w:tc>
          <w:tcPr>
            <w:tcW w:w="3192" w:type="dxa"/>
          </w:tcPr>
          <w:p w14:paraId="5E451E6D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Responsabile del servizio: coordinamento e SLA</w:t>
            </w:r>
          </w:p>
        </w:tc>
        <w:tc>
          <w:tcPr>
            <w:tcW w:w="3192" w:type="dxa"/>
          </w:tcPr>
          <w:p w14:paraId="1CAD27CC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</w:tr>
      <w:tr w:rsidR="001A2BCB" w:rsidRPr="007179FD" w14:paraId="515515C5" w14:textId="77777777">
        <w:tc>
          <w:tcPr>
            <w:tcW w:w="3192" w:type="dxa"/>
          </w:tcPr>
          <w:p w14:paraId="5A816906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F2</w:t>
            </w:r>
          </w:p>
        </w:tc>
        <w:tc>
          <w:tcPr>
            <w:tcW w:w="3192" w:type="dxa"/>
          </w:tcPr>
          <w:p w14:paraId="31A6E877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Specialista SIEM: conduzione, integrazioni e tuning</w:t>
            </w:r>
          </w:p>
        </w:tc>
        <w:tc>
          <w:tcPr>
            <w:tcW w:w="3192" w:type="dxa"/>
          </w:tcPr>
          <w:p w14:paraId="6B30FC89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</w:tr>
      <w:tr w:rsidR="001A2BCB" w:rsidRPr="007179FD" w14:paraId="37D34D0B" w14:textId="77777777">
        <w:tc>
          <w:tcPr>
            <w:tcW w:w="3192" w:type="dxa"/>
          </w:tcPr>
          <w:p w14:paraId="4831061A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F3</w:t>
            </w:r>
          </w:p>
        </w:tc>
        <w:tc>
          <w:tcPr>
            <w:tcW w:w="3192" w:type="dxa"/>
          </w:tcPr>
          <w:p w14:paraId="1BC3DDA0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Specialista incidenti: analisi e supporto alla risposta</w:t>
            </w:r>
          </w:p>
        </w:tc>
        <w:tc>
          <w:tcPr>
            <w:tcW w:w="3192" w:type="dxa"/>
          </w:tcPr>
          <w:p w14:paraId="441A1638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</w:tr>
      <w:tr w:rsidR="001A2BCB" w:rsidRPr="007179FD" w14:paraId="09BCA419" w14:textId="77777777">
        <w:tc>
          <w:tcPr>
            <w:tcW w:w="3192" w:type="dxa"/>
          </w:tcPr>
          <w:p w14:paraId="403F6BA6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F4</w:t>
            </w:r>
          </w:p>
        </w:tc>
        <w:tc>
          <w:tcPr>
            <w:tcW w:w="3192" w:type="dxa"/>
          </w:tcPr>
          <w:p w14:paraId="5C11922D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Analisti SOC: triage e monitoraggio H24/7</w:t>
            </w:r>
          </w:p>
        </w:tc>
        <w:tc>
          <w:tcPr>
            <w:tcW w:w="3192" w:type="dxa"/>
          </w:tcPr>
          <w:p w14:paraId="29219E24" w14:textId="77777777" w:rsidR="001A2BCB" w:rsidRPr="007179FD" w:rsidRDefault="00000000">
            <w:pPr>
              <w:rPr>
                <w:rFonts w:ascii="Noto Sans" w:hAnsi="Noto Sans" w:cs="Noto Sans"/>
                <w:sz w:val="20"/>
                <w:szCs w:val="20"/>
              </w:rPr>
            </w:pPr>
            <w:r w:rsidRPr="007179FD">
              <w:rPr>
                <w:rFonts w:ascii="Noto Sans" w:hAnsi="Noto Sans" w:cs="Noto Sans"/>
                <w:sz w:val="20"/>
                <w:szCs w:val="20"/>
              </w:rPr>
              <w:t>[compilare]</w:t>
            </w:r>
          </w:p>
        </w:tc>
      </w:tr>
    </w:tbl>
    <w:p w14:paraId="2601FB97" w14:textId="4005C9A4" w:rsidR="001A2BCB" w:rsidRPr="007179FD" w:rsidRDefault="00CB1B92">
      <w:pPr>
        <w:pStyle w:val="Titolo1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PROPOSTA ECONOMICA AI FINI ISTRUTTORI</w:t>
      </w:r>
    </w:p>
    <w:p w14:paraId="50C600EB" w14:textId="0BB09F0B" w:rsidR="00CB1B92" w:rsidRPr="00CB1B92" w:rsidRDefault="00CB1B92">
      <w:pPr>
        <w:rPr>
          <w:rFonts w:ascii="Noto Sans" w:hAnsi="Noto Sans" w:cs="Noto Sans"/>
          <w:sz w:val="20"/>
          <w:szCs w:val="20"/>
        </w:rPr>
      </w:pPr>
      <w:r w:rsidRPr="00CB1B92">
        <w:rPr>
          <w:rFonts w:ascii="Noto Sans" w:hAnsi="Noto Sans" w:cs="Noto Sans"/>
          <w:sz w:val="20"/>
          <w:szCs w:val="20"/>
        </w:rPr>
        <w:t xml:space="preserve">Il sottoscritto, in nome e per conto dell’Operatore Economico sopra indicato, formula la seguente offerta economico-temporale ai fini istruttori della </w:t>
      </w:r>
      <w:proofErr w:type="spellStart"/>
      <w:r w:rsidRPr="00CB1B92">
        <w:rPr>
          <w:rFonts w:ascii="Noto Sans" w:hAnsi="Noto Sans" w:cs="Noto Sans"/>
          <w:sz w:val="20"/>
          <w:szCs w:val="20"/>
        </w:rPr>
        <w:t>presente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B1B92">
        <w:rPr>
          <w:rFonts w:ascii="Noto Sans" w:hAnsi="Noto Sans" w:cs="Noto Sans"/>
          <w:sz w:val="20"/>
          <w:szCs w:val="20"/>
        </w:rPr>
        <w:t>consultazione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, </w:t>
      </w:r>
      <w:proofErr w:type="spellStart"/>
      <w:r w:rsidRPr="00CB1B92">
        <w:rPr>
          <w:rFonts w:ascii="Noto Sans" w:hAnsi="Noto Sans" w:cs="Noto Sans"/>
          <w:sz w:val="20"/>
          <w:szCs w:val="20"/>
        </w:rPr>
        <w:t>nei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B1B92">
        <w:rPr>
          <w:rFonts w:ascii="Noto Sans" w:hAnsi="Noto Sans" w:cs="Noto Sans"/>
          <w:sz w:val="20"/>
          <w:szCs w:val="20"/>
        </w:rPr>
        <w:t>limiti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 e alle </w:t>
      </w:r>
      <w:proofErr w:type="spellStart"/>
      <w:r w:rsidRPr="00CB1B92">
        <w:rPr>
          <w:rFonts w:ascii="Noto Sans" w:hAnsi="Noto Sans" w:cs="Noto Sans"/>
          <w:sz w:val="20"/>
          <w:szCs w:val="20"/>
        </w:rPr>
        <w:t>condizioni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B1B92">
        <w:rPr>
          <w:rFonts w:ascii="Noto Sans" w:hAnsi="Noto Sans" w:cs="Noto Sans"/>
          <w:sz w:val="20"/>
          <w:szCs w:val="20"/>
        </w:rPr>
        <w:t>stabilite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CB1B92">
        <w:rPr>
          <w:rFonts w:ascii="Noto Sans" w:hAnsi="Noto Sans" w:cs="Noto Sans"/>
          <w:sz w:val="20"/>
          <w:szCs w:val="20"/>
        </w:rPr>
        <w:t>dall’Avviso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 e dal </w:t>
      </w:r>
      <w:proofErr w:type="spellStart"/>
      <w:r w:rsidRPr="00CB1B92">
        <w:rPr>
          <w:rFonts w:ascii="Noto Sans" w:hAnsi="Noto Sans" w:cs="Noto Sans"/>
          <w:sz w:val="20"/>
          <w:szCs w:val="20"/>
        </w:rPr>
        <w:t>Capitolato</w:t>
      </w:r>
      <w:proofErr w:type="spellEnd"/>
      <w:r w:rsidRPr="00CB1B92">
        <w:rPr>
          <w:rFonts w:ascii="Noto Sans" w:hAnsi="Noto Sans" w:cs="Noto Sans"/>
          <w:sz w:val="20"/>
          <w:szCs w:val="20"/>
        </w:rPr>
        <w:t xml:space="preserve"> Speciale </w:t>
      </w:r>
      <w:proofErr w:type="spellStart"/>
      <w:r w:rsidRPr="00CB1B92">
        <w:rPr>
          <w:rFonts w:ascii="Noto Sans" w:hAnsi="Noto Sans" w:cs="Noto Sans"/>
          <w:sz w:val="20"/>
          <w:szCs w:val="20"/>
        </w:rPr>
        <w:t>d’Appalto</w:t>
      </w:r>
      <w:proofErr w:type="spellEnd"/>
      <w:r>
        <w:rPr>
          <w:rFonts w:ascii="Noto Sans" w:hAnsi="Noto Sans" w:cs="Noto Sans"/>
          <w:sz w:val="20"/>
          <w:szCs w:val="20"/>
        </w:rPr>
        <w:t>.</w:t>
      </w:r>
    </w:p>
    <w:p w14:paraId="351D99F6" w14:textId="34764FF3" w:rsidR="001A2BCB" w:rsidRPr="007179FD" w:rsidRDefault="00000000">
      <w:pPr>
        <w:rPr>
          <w:rFonts w:ascii="Noto Sans" w:hAnsi="Noto Sans" w:cs="Noto Sans"/>
          <w:sz w:val="20"/>
          <w:szCs w:val="20"/>
        </w:rPr>
      </w:pPr>
      <w:r w:rsidRPr="007179FD">
        <w:rPr>
          <w:rFonts w:ascii="Noto Sans" w:hAnsi="Noto Sans" w:cs="Noto Sans"/>
          <w:sz w:val="20"/>
          <w:szCs w:val="20"/>
        </w:rPr>
        <w:t xml:space="preserve">Prezzo </w:t>
      </w:r>
      <w:proofErr w:type="spellStart"/>
      <w:r w:rsidRPr="007179FD">
        <w:rPr>
          <w:rFonts w:ascii="Noto Sans" w:hAnsi="Noto Sans" w:cs="Noto Sans"/>
          <w:sz w:val="20"/>
          <w:szCs w:val="20"/>
        </w:rPr>
        <w:t>complessivo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omnicomprensivo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="00127CCF">
        <w:rPr>
          <w:rFonts w:ascii="Noto Sans" w:hAnsi="Noto Sans" w:cs="Noto Sans"/>
          <w:sz w:val="20"/>
          <w:szCs w:val="20"/>
        </w:rPr>
        <w:t>preventivato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, al </w:t>
      </w:r>
      <w:proofErr w:type="spellStart"/>
      <w:r w:rsidRPr="007179FD">
        <w:rPr>
          <w:rFonts w:ascii="Noto Sans" w:hAnsi="Noto Sans" w:cs="Noto Sans"/>
          <w:sz w:val="20"/>
          <w:szCs w:val="20"/>
        </w:rPr>
        <w:t>netto</w:t>
      </w:r>
      <w:proofErr w:type="spellEnd"/>
      <w:r w:rsidRPr="007179FD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7179FD">
        <w:rPr>
          <w:rFonts w:ascii="Noto Sans" w:hAnsi="Noto Sans" w:cs="Noto Sans"/>
          <w:sz w:val="20"/>
          <w:szCs w:val="20"/>
        </w:rPr>
        <w:t>dell’IVA</w:t>
      </w:r>
      <w:proofErr w:type="spellEnd"/>
      <w:r w:rsidRPr="007179FD">
        <w:rPr>
          <w:rFonts w:ascii="Noto Sans" w:hAnsi="Noto Sans" w:cs="Noto Sans"/>
          <w:sz w:val="20"/>
          <w:szCs w:val="20"/>
        </w:rPr>
        <w:t>: € __________________ (in lettere: __________________________).</w:t>
      </w:r>
    </w:p>
    <w:p w14:paraId="4BA83E7E" w14:textId="77777777" w:rsidR="001A2BCB" w:rsidRPr="007179FD" w:rsidRDefault="00000000">
      <w:pPr>
        <w:rPr>
          <w:rFonts w:ascii="Noto Sans" w:hAnsi="Noto Sans" w:cs="Noto Sans"/>
          <w:sz w:val="20"/>
          <w:szCs w:val="20"/>
        </w:rPr>
      </w:pPr>
      <w:r w:rsidRPr="007179FD">
        <w:rPr>
          <w:rFonts w:ascii="Noto Sans" w:hAnsi="Noto Sans" w:cs="Noto Sans"/>
          <w:sz w:val="20"/>
          <w:szCs w:val="20"/>
        </w:rPr>
        <w:t>Il prezzo non può essere superiore a € 139.000,00 IVA esclusa e comprende tutte le attività previste dal Capitolato, incluse le fasi di setup, esercizio e uscita. La durata contrattuale è quella prevista dal Capitolato: 13 mesi dalla stipula; il setup deve essere completato entro 60 giorni solari.</w:t>
      </w:r>
    </w:p>
    <w:p w14:paraId="10725698" w14:textId="4A60629F" w:rsidR="001A2BCB" w:rsidRDefault="00000000">
      <w:pPr>
        <w:rPr>
          <w:rFonts w:ascii="Noto Sans" w:hAnsi="Noto Sans" w:cs="Noto Sans"/>
          <w:sz w:val="20"/>
          <w:szCs w:val="20"/>
        </w:rPr>
      </w:pPr>
      <w:r w:rsidRPr="007179FD">
        <w:rPr>
          <w:rFonts w:ascii="Noto Sans" w:hAnsi="Noto Sans" w:cs="Noto Sans"/>
          <w:sz w:val="20"/>
          <w:szCs w:val="20"/>
        </w:rPr>
        <w:lastRenderedPageBreak/>
        <w:t xml:space="preserve">Le tempistiche di attivazione e gli eventuali tempi migliorativi di presa in carico sono indicati nel Piano operativo e devono essere tra loro coerenti. </w:t>
      </w:r>
    </w:p>
    <w:p w14:paraId="0D70D180" w14:textId="188BC33F" w:rsidR="001A2BCB" w:rsidRPr="0061192C" w:rsidRDefault="00CB1B92">
      <w:pPr>
        <w:pStyle w:val="Titolo1"/>
        <w:rPr>
          <w:rFonts w:ascii="Noto Sans" w:hAnsi="Noto Sans" w:cs="Noto Sans"/>
          <w:color w:val="auto"/>
          <w:sz w:val="20"/>
          <w:szCs w:val="20"/>
        </w:rPr>
      </w:pPr>
      <w:r w:rsidRPr="0061192C">
        <w:rPr>
          <w:rFonts w:ascii="Noto Sans" w:hAnsi="Noto Sans" w:cs="Noto Sans"/>
          <w:color w:val="auto"/>
          <w:sz w:val="20"/>
          <w:szCs w:val="20"/>
        </w:rPr>
        <w:t>ALLEGATI</w:t>
      </w:r>
    </w:p>
    <w:p w14:paraId="3C21CB88" w14:textId="58CFDB9E" w:rsidR="001A2BCB" w:rsidRPr="0061192C" w:rsidRDefault="00DC27F1" w:rsidP="00CB1B92">
      <w:pPr>
        <w:pStyle w:val="Puntoelenco"/>
        <w:numPr>
          <w:ilvl w:val="0"/>
          <w:numId w:val="0"/>
        </w:numPr>
        <w:ind w:left="360" w:hanging="360"/>
        <w:rPr>
          <w:rFonts w:ascii="Noto Sans" w:hAnsi="Noto Sans" w:cs="Noto Sans"/>
          <w:sz w:val="20"/>
          <w:szCs w:val="20"/>
        </w:rPr>
      </w:pPr>
      <w:proofErr w:type="gramStart"/>
      <w:r w:rsidRPr="0061192C">
        <w:rPr>
          <w:rFonts w:ascii="Noto Sans" w:hAnsi="Noto Sans" w:cs="Noto Sans"/>
          <w:sz w:val="20"/>
          <w:szCs w:val="20"/>
        </w:rPr>
        <w:t>[ ]</w:t>
      </w:r>
      <w:proofErr w:type="gramEnd"/>
      <w:r w:rsidRPr="0061192C">
        <w:rPr>
          <w:rFonts w:ascii="Noto Sans" w:hAnsi="Noto Sans" w:cs="Noto Sans"/>
          <w:sz w:val="20"/>
          <w:szCs w:val="20"/>
        </w:rPr>
        <w:t xml:space="preserve"> Piano </w:t>
      </w:r>
      <w:proofErr w:type="spellStart"/>
      <w:r w:rsidRPr="0061192C">
        <w:rPr>
          <w:rFonts w:ascii="Noto Sans" w:hAnsi="Noto Sans" w:cs="Noto Sans"/>
          <w:sz w:val="20"/>
          <w:szCs w:val="20"/>
        </w:rPr>
        <w:t>operativo</w:t>
      </w:r>
      <w:proofErr w:type="spellEnd"/>
      <w:r w:rsidRPr="0061192C">
        <w:rPr>
          <w:rFonts w:ascii="Noto Sans" w:hAnsi="Noto Sans" w:cs="Noto Sans"/>
          <w:sz w:val="20"/>
          <w:szCs w:val="20"/>
        </w:rPr>
        <w:t xml:space="preserve"> SOC/SIEM </w:t>
      </w:r>
      <w:proofErr w:type="spellStart"/>
      <w:r w:rsidRPr="0061192C">
        <w:rPr>
          <w:rFonts w:ascii="Noto Sans" w:hAnsi="Noto Sans" w:cs="Noto Sans"/>
          <w:sz w:val="20"/>
          <w:szCs w:val="20"/>
        </w:rPr>
        <w:t>compilato</w:t>
      </w:r>
      <w:proofErr w:type="spellEnd"/>
      <w:r w:rsidRPr="0061192C">
        <w:rPr>
          <w:rFonts w:ascii="Noto Sans" w:hAnsi="Noto Sans" w:cs="Noto Sans"/>
          <w:sz w:val="20"/>
          <w:szCs w:val="20"/>
        </w:rPr>
        <w:t xml:space="preserve"> e </w:t>
      </w:r>
      <w:proofErr w:type="spellStart"/>
      <w:r w:rsidRPr="0061192C">
        <w:rPr>
          <w:rFonts w:ascii="Noto Sans" w:hAnsi="Noto Sans" w:cs="Noto Sans"/>
          <w:sz w:val="20"/>
          <w:szCs w:val="20"/>
        </w:rPr>
        <w:t>firmato</w:t>
      </w:r>
      <w:proofErr w:type="spellEnd"/>
      <w:r w:rsidRPr="0061192C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61192C">
        <w:rPr>
          <w:rFonts w:ascii="Noto Sans" w:hAnsi="Noto Sans" w:cs="Noto Sans"/>
          <w:sz w:val="20"/>
          <w:szCs w:val="20"/>
        </w:rPr>
        <w:t>digitalmente</w:t>
      </w:r>
      <w:proofErr w:type="spellEnd"/>
      <w:r w:rsidRPr="0061192C">
        <w:rPr>
          <w:rFonts w:ascii="Noto Sans" w:hAnsi="Noto Sans" w:cs="Noto Sans"/>
          <w:sz w:val="20"/>
          <w:szCs w:val="20"/>
        </w:rPr>
        <w:t>;</w:t>
      </w:r>
    </w:p>
    <w:p w14:paraId="000D9A32" w14:textId="1FA2B4FB" w:rsidR="001A2BCB" w:rsidRPr="0061192C" w:rsidRDefault="00DC27F1" w:rsidP="00DC27F1">
      <w:pPr>
        <w:pStyle w:val="Puntoelenco"/>
        <w:numPr>
          <w:ilvl w:val="0"/>
          <w:numId w:val="0"/>
        </w:numPr>
        <w:rPr>
          <w:rFonts w:ascii="Noto Sans" w:hAnsi="Noto Sans" w:cs="Noto Sans"/>
          <w:sz w:val="20"/>
          <w:szCs w:val="20"/>
        </w:rPr>
      </w:pPr>
      <w:proofErr w:type="gramStart"/>
      <w:r w:rsidRPr="0061192C">
        <w:rPr>
          <w:rFonts w:ascii="Noto Sans" w:hAnsi="Noto Sans" w:cs="Noto Sans"/>
          <w:sz w:val="20"/>
          <w:szCs w:val="20"/>
          <w:lang w:val="it-IT"/>
        </w:rPr>
        <w:t>[ ]</w:t>
      </w:r>
      <w:proofErr w:type="gramEnd"/>
      <w:r w:rsidRPr="0061192C">
        <w:rPr>
          <w:rFonts w:ascii="Noto Sans" w:hAnsi="Noto Sans" w:cs="Noto Sans"/>
          <w:sz w:val="20"/>
          <w:szCs w:val="20"/>
          <w:lang w:val="it-IT"/>
        </w:rPr>
        <w:t xml:space="preserve"> </w:t>
      </w:r>
      <w:proofErr w:type="spellStart"/>
      <w:r w:rsidRPr="0061192C">
        <w:rPr>
          <w:rFonts w:ascii="Noto Sans" w:hAnsi="Noto Sans" w:cs="Noto Sans"/>
          <w:sz w:val="20"/>
          <w:szCs w:val="20"/>
        </w:rPr>
        <w:t>Eventuale</w:t>
      </w:r>
      <w:proofErr w:type="spellEnd"/>
      <w:r w:rsidRPr="0061192C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61192C">
        <w:rPr>
          <w:rFonts w:ascii="Noto Sans" w:hAnsi="Noto Sans" w:cs="Noto Sans"/>
          <w:sz w:val="20"/>
          <w:szCs w:val="20"/>
        </w:rPr>
        <w:t>procura</w:t>
      </w:r>
      <w:proofErr w:type="spellEnd"/>
      <w:r w:rsidRPr="0061192C">
        <w:rPr>
          <w:rFonts w:ascii="Noto Sans" w:hAnsi="Noto Sans" w:cs="Noto Sans"/>
          <w:sz w:val="20"/>
          <w:szCs w:val="20"/>
        </w:rPr>
        <w:t xml:space="preserve"> del </w:t>
      </w:r>
      <w:proofErr w:type="spellStart"/>
      <w:r w:rsidRPr="0061192C">
        <w:rPr>
          <w:rFonts w:ascii="Noto Sans" w:hAnsi="Noto Sans" w:cs="Noto Sans"/>
          <w:sz w:val="20"/>
          <w:szCs w:val="20"/>
        </w:rPr>
        <w:t>sottoscrittore</w:t>
      </w:r>
      <w:proofErr w:type="spellEnd"/>
      <w:r w:rsidRPr="0061192C">
        <w:rPr>
          <w:rFonts w:ascii="Noto Sans" w:hAnsi="Noto Sans" w:cs="Noto Sans"/>
          <w:sz w:val="20"/>
          <w:szCs w:val="20"/>
        </w:rPr>
        <w:t>;</w:t>
      </w:r>
    </w:p>
    <w:p w14:paraId="52AF35BA" w14:textId="77777777" w:rsidR="00DC27F1" w:rsidRPr="00DC27F1" w:rsidRDefault="00DC27F1" w:rsidP="00DC27F1">
      <w:pPr>
        <w:keepNext/>
        <w:spacing w:before="100" w:after="40"/>
        <w:rPr>
          <w:rFonts w:ascii="Noto Sans" w:hAnsi="Noto Sans" w:cs="Noto Sans"/>
          <w:sz w:val="20"/>
          <w:szCs w:val="20"/>
        </w:rPr>
      </w:pPr>
    </w:p>
    <w:p w14:paraId="1BF567B8" w14:textId="7B2B9990" w:rsidR="00DC27F1" w:rsidRPr="00DC27F1" w:rsidRDefault="00DC27F1" w:rsidP="00DC27F1">
      <w:pPr>
        <w:keepNext/>
        <w:spacing w:before="100" w:after="40"/>
        <w:rPr>
          <w:rFonts w:ascii="Noto Sans" w:hAnsi="Noto Sans" w:cs="Noto Sans"/>
          <w:sz w:val="20"/>
          <w:szCs w:val="20"/>
        </w:rPr>
      </w:pPr>
      <w:r w:rsidRPr="00DC27F1">
        <w:rPr>
          <w:rFonts w:ascii="Noto Sans" w:hAnsi="Noto Sans" w:cs="Noto Sans"/>
          <w:b/>
          <w:sz w:val="20"/>
          <w:szCs w:val="20"/>
        </w:rPr>
        <w:t>RECAPITO PER LE COMUNICAZIONI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5896"/>
      </w:tblGrid>
      <w:tr w:rsidR="00DC27F1" w:rsidRPr="00DC27F1" w14:paraId="266AE084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8BC1C" w14:textId="77777777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DC27F1">
              <w:rPr>
                <w:rFonts w:ascii="Noto Sans" w:hAnsi="Noto Sans" w:cs="Noto Sans"/>
                <w:b/>
                <w:sz w:val="20"/>
                <w:szCs w:val="20"/>
              </w:rPr>
              <w:t>Referente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7555D6" w14:textId="26CB7005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DC27F1">
              <w:rPr>
                <w:rFonts w:ascii="Noto Sans" w:hAnsi="Noto Sans" w:cs="Noto Sans"/>
                <w:sz w:val="20"/>
                <w:szCs w:val="20"/>
              </w:rPr>
              <w:t>________________________________________________________________</w:t>
            </w:r>
          </w:p>
        </w:tc>
      </w:tr>
      <w:tr w:rsidR="00DC27F1" w:rsidRPr="00DC27F1" w14:paraId="7C786255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3DF79" w14:textId="77777777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DC27F1">
              <w:rPr>
                <w:rFonts w:ascii="Noto Sans" w:hAnsi="Noto Sans" w:cs="Noto Sans"/>
                <w:b/>
                <w:sz w:val="20"/>
                <w:szCs w:val="20"/>
              </w:rPr>
              <w:t>Telefono</w:t>
            </w:r>
            <w:proofErr w:type="spellEnd"/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1115A5" w14:textId="29013D2F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DC27F1">
              <w:rPr>
                <w:rFonts w:ascii="Noto Sans" w:hAnsi="Noto Sans" w:cs="Noto Sans"/>
                <w:sz w:val="20"/>
                <w:szCs w:val="20"/>
              </w:rPr>
              <w:t>________________________________________________________________</w:t>
            </w:r>
          </w:p>
        </w:tc>
      </w:tr>
      <w:tr w:rsidR="00DC27F1" w:rsidRPr="00DC27F1" w14:paraId="5222488D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15FC6" w14:textId="77777777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DC27F1">
              <w:rPr>
                <w:rFonts w:ascii="Noto Sans" w:hAnsi="Noto Sans" w:cs="Noto Sans"/>
                <w:b/>
                <w:sz w:val="20"/>
                <w:szCs w:val="20"/>
              </w:rPr>
              <w:t>E-mail</w:t>
            </w:r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4035F" w14:textId="7F6133EF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DC27F1">
              <w:rPr>
                <w:rFonts w:ascii="Noto Sans" w:hAnsi="Noto Sans" w:cs="Noto Sans"/>
                <w:sz w:val="20"/>
                <w:szCs w:val="20"/>
              </w:rPr>
              <w:t>________________________________________________________________</w:t>
            </w:r>
          </w:p>
        </w:tc>
      </w:tr>
      <w:tr w:rsidR="00DC27F1" w:rsidRPr="00DC27F1" w14:paraId="4736FBBE" w14:textId="77777777" w:rsidTr="00297737">
        <w:trPr>
          <w:jc w:val="center"/>
        </w:trPr>
        <w:tc>
          <w:tcPr>
            <w:tcW w:w="3061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61893" w14:textId="77777777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DC27F1">
              <w:rPr>
                <w:rFonts w:ascii="Noto Sans" w:hAnsi="Noto Sans" w:cs="Noto Sans"/>
                <w:b/>
                <w:sz w:val="20"/>
                <w:szCs w:val="20"/>
              </w:rPr>
              <w:t>PEC</w:t>
            </w:r>
          </w:p>
        </w:tc>
        <w:tc>
          <w:tcPr>
            <w:tcW w:w="58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98098" w14:textId="0C27091F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DC27F1">
              <w:rPr>
                <w:rFonts w:ascii="Noto Sans" w:hAnsi="Noto Sans" w:cs="Noto Sans"/>
                <w:sz w:val="20"/>
                <w:szCs w:val="20"/>
              </w:rPr>
              <w:t>________________________________________________________________</w:t>
            </w:r>
          </w:p>
        </w:tc>
      </w:tr>
    </w:tbl>
    <w:p w14:paraId="11B90769" w14:textId="77777777" w:rsidR="00DC27F1" w:rsidRPr="00DC27F1" w:rsidRDefault="00DC27F1">
      <w:pPr>
        <w:rPr>
          <w:rFonts w:ascii="Noto Sans" w:hAnsi="Noto Sans" w:cs="Noto Sans"/>
          <w:sz w:val="20"/>
          <w:szCs w:val="20"/>
        </w:rPr>
      </w:pPr>
    </w:p>
    <w:p w14:paraId="32844317" w14:textId="77777777" w:rsidR="00DC27F1" w:rsidRDefault="00DC27F1" w:rsidP="00DC27F1">
      <w:pPr>
        <w:spacing w:before="140" w:after="140"/>
        <w:rPr>
          <w:rFonts w:ascii="Noto Sans" w:hAnsi="Noto Sans" w:cs="Noto Sans"/>
          <w:sz w:val="20"/>
          <w:szCs w:val="20"/>
          <w:lang w:val="it-IT"/>
        </w:rPr>
      </w:pPr>
      <w:r w:rsidRPr="00DC27F1">
        <w:rPr>
          <w:rFonts w:ascii="Noto Sans" w:hAnsi="Noto Sans" w:cs="Noto Sans"/>
          <w:sz w:val="20"/>
          <w:szCs w:val="20"/>
          <w:lang w:val="it-IT"/>
        </w:rPr>
        <w:t>Il sottoscritto dichiara inoltre di essere informato che i dati personali saranno trattati dal Comune di Trieste esclusivamente per le finalità connesse alla presente manifestazione di interesse e al successivo eventuale affidamento, secondo la normativa vigente e l’Informativa Unica dell’Ente.</w:t>
      </w:r>
    </w:p>
    <w:p w14:paraId="0197A151" w14:textId="77777777" w:rsidR="00DC27F1" w:rsidRDefault="00DC27F1" w:rsidP="00DC27F1">
      <w:pPr>
        <w:spacing w:before="140" w:after="140"/>
        <w:rPr>
          <w:rFonts w:ascii="Noto Sans" w:hAnsi="Noto Sans" w:cs="Noto Sans"/>
          <w:b/>
          <w:sz w:val="20"/>
          <w:szCs w:val="20"/>
        </w:rPr>
      </w:pPr>
      <w:r w:rsidRPr="00DC27F1">
        <w:rPr>
          <w:rFonts w:ascii="Noto Sans" w:hAnsi="Noto Sans" w:cs="Noto Sans"/>
          <w:b/>
          <w:sz w:val="20"/>
          <w:szCs w:val="20"/>
        </w:rPr>
        <w:t>MODALITÀ DI TRASMISSIONE</w:t>
      </w:r>
    </w:p>
    <w:p w14:paraId="4AD3726C" w14:textId="7412DCD9" w:rsidR="00DC27F1" w:rsidRPr="00DC27F1" w:rsidRDefault="00DC27F1" w:rsidP="00DC27F1">
      <w:pPr>
        <w:spacing w:before="140" w:after="140"/>
        <w:rPr>
          <w:rFonts w:ascii="Noto Sans" w:hAnsi="Noto Sans" w:cs="Noto Sans"/>
          <w:sz w:val="20"/>
          <w:szCs w:val="20"/>
        </w:rPr>
      </w:pPr>
      <w:r w:rsidRPr="00DC27F1">
        <w:rPr>
          <w:rFonts w:ascii="Noto Sans" w:hAnsi="Noto Sans" w:cs="Noto Sans"/>
          <w:sz w:val="20"/>
          <w:szCs w:val="20"/>
        </w:rPr>
        <w:t xml:space="preserve">La </w:t>
      </w:r>
      <w:proofErr w:type="spellStart"/>
      <w:r w:rsidRPr="00DC27F1">
        <w:rPr>
          <w:rFonts w:ascii="Noto Sans" w:hAnsi="Noto Sans" w:cs="Noto Sans"/>
          <w:sz w:val="20"/>
          <w:szCs w:val="20"/>
        </w:rPr>
        <w:t>presente</w:t>
      </w:r>
      <w:proofErr w:type="spellEnd"/>
      <w:r w:rsidRPr="00DC27F1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DC27F1">
        <w:rPr>
          <w:rFonts w:ascii="Noto Sans" w:hAnsi="Noto Sans" w:cs="Noto Sans"/>
          <w:sz w:val="20"/>
          <w:szCs w:val="20"/>
        </w:rPr>
        <w:t>Istanza</w:t>
      </w:r>
      <w:proofErr w:type="spellEnd"/>
      <w:r w:rsidRPr="00DC27F1">
        <w:rPr>
          <w:rFonts w:ascii="Noto Sans" w:hAnsi="Noto Sans" w:cs="Noto Sans"/>
          <w:sz w:val="20"/>
          <w:szCs w:val="20"/>
        </w:rPr>
        <w:t xml:space="preserve">, </w:t>
      </w:r>
      <w:r>
        <w:rPr>
          <w:rFonts w:ascii="Noto Sans" w:hAnsi="Noto Sans" w:cs="Noto Sans"/>
          <w:sz w:val="20"/>
          <w:szCs w:val="20"/>
        </w:rPr>
        <w:t xml:space="preserve">il Piano </w:t>
      </w:r>
      <w:proofErr w:type="spellStart"/>
      <w:r>
        <w:rPr>
          <w:rFonts w:ascii="Noto Sans" w:hAnsi="Noto Sans" w:cs="Noto Sans"/>
          <w:sz w:val="20"/>
          <w:szCs w:val="20"/>
        </w:rPr>
        <w:t>Operativo</w:t>
      </w:r>
      <w:proofErr w:type="spellEnd"/>
      <w:r>
        <w:rPr>
          <w:rFonts w:ascii="Noto Sans" w:hAnsi="Noto Sans" w:cs="Noto Sans"/>
          <w:sz w:val="20"/>
          <w:szCs w:val="20"/>
        </w:rPr>
        <w:t xml:space="preserve"> e</w:t>
      </w:r>
      <w:r w:rsidRPr="00DC27F1">
        <w:rPr>
          <w:rFonts w:ascii="Noto Sans" w:hAnsi="Noto Sans" w:cs="Noto Sans"/>
          <w:sz w:val="20"/>
          <w:szCs w:val="20"/>
        </w:rPr>
        <w:t xml:space="preserve"> ogni </w:t>
      </w:r>
      <w:proofErr w:type="spellStart"/>
      <w:r w:rsidRPr="00DC27F1">
        <w:rPr>
          <w:rFonts w:ascii="Noto Sans" w:hAnsi="Noto Sans" w:cs="Noto Sans"/>
          <w:sz w:val="20"/>
          <w:szCs w:val="20"/>
        </w:rPr>
        <w:t>eventuale</w:t>
      </w:r>
      <w:proofErr w:type="spellEnd"/>
      <w:r w:rsidRPr="00DC27F1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DC27F1">
        <w:rPr>
          <w:rFonts w:ascii="Noto Sans" w:hAnsi="Noto Sans" w:cs="Noto Sans"/>
          <w:sz w:val="20"/>
          <w:szCs w:val="20"/>
        </w:rPr>
        <w:t>allegato</w:t>
      </w:r>
      <w:proofErr w:type="spellEnd"/>
      <w:r w:rsidRPr="00DC27F1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DC27F1">
        <w:rPr>
          <w:rFonts w:ascii="Noto Sans" w:hAnsi="Noto Sans" w:cs="Noto Sans"/>
          <w:sz w:val="20"/>
          <w:szCs w:val="20"/>
        </w:rPr>
        <w:t>devono</w:t>
      </w:r>
      <w:proofErr w:type="spellEnd"/>
      <w:r w:rsidRPr="00DC27F1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DC27F1">
        <w:rPr>
          <w:rFonts w:ascii="Noto Sans" w:hAnsi="Noto Sans" w:cs="Noto Sans"/>
          <w:sz w:val="20"/>
          <w:szCs w:val="20"/>
        </w:rPr>
        <w:t>pervenire</w:t>
      </w:r>
      <w:proofErr w:type="spellEnd"/>
      <w:r w:rsidRPr="00DC27F1">
        <w:rPr>
          <w:rFonts w:ascii="Noto Sans" w:hAnsi="Noto Sans" w:cs="Noto Sans"/>
          <w:sz w:val="20"/>
          <w:szCs w:val="20"/>
        </w:rPr>
        <w:t xml:space="preserve"> </w:t>
      </w:r>
      <w:proofErr w:type="spellStart"/>
      <w:r w:rsidRPr="00DC27F1">
        <w:rPr>
          <w:rFonts w:ascii="Noto Sans" w:hAnsi="Noto Sans" w:cs="Noto Sans"/>
          <w:sz w:val="20"/>
          <w:szCs w:val="20"/>
        </w:rPr>
        <w:t>esclusivamente</w:t>
      </w:r>
      <w:proofErr w:type="spellEnd"/>
      <w:r w:rsidRPr="00DC27F1">
        <w:rPr>
          <w:rFonts w:ascii="Noto Sans" w:hAnsi="Noto Sans" w:cs="Noto Sans"/>
          <w:sz w:val="20"/>
          <w:szCs w:val="20"/>
        </w:rPr>
        <w:t xml:space="preserve"> tramite PEC all’indirizzo istituzionale del Comune di Trieste comune.trieste@certgov.fvg.it entro le ore </w:t>
      </w:r>
      <w:r w:rsidRPr="00D46268">
        <w:rPr>
          <w:rFonts w:ascii="Noto Sans" w:hAnsi="Noto Sans" w:cs="Noto Sans"/>
          <w:sz w:val="20"/>
          <w:szCs w:val="20"/>
        </w:rPr>
        <w:t>1</w:t>
      </w:r>
      <w:r w:rsidR="00D46268" w:rsidRPr="00D46268">
        <w:rPr>
          <w:rFonts w:ascii="Noto Sans" w:hAnsi="Noto Sans" w:cs="Noto Sans"/>
          <w:sz w:val="20"/>
          <w:szCs w:val="20"/>
        </w:rPr>
        <w:t>0</w:t>
      </w:r>
      <w:r w:rsidRPr="00D46268">
        <w:rPr>
          <w:rFonts w:ascii="Noto Sans" w:hAnsi="Noto Sans" w:cs="Noto Sans"/>
          <w:sz w:val="20"/>
          <w:szCs w:val="20"/>
        </w:rPr>
        <w:t>:00 del 1</w:t>
      </w:r>
      <w:r w:rsidR="00D46268" w:rsidRPr="00D46268">
        <w:rPr>
          <w:rFonts w:ascii="Noto Sans" w:hAnsi="Noto Sans" w:cs="Noto Sans"/>
          <w:sz w:val="20"/>
          <w:szCs w:val="20"/>
        </w:rPr>
        <w:t xml:space="preserve">8 </w:t>
      </w:r>
      <w:proofErr w:type="spellStart"/>
      <w:r w:rsidR="00D46268" w:rsidRPr="00D46268">
        <w:rPr>
          <w:rFonts w:ascii="Noto Sans" w:hAnsi="Noto Sans" w:cs="Noto Sans"/>
          <w:sz w:val="20"/>
          <w:szCs w:val="20"/>
        </w:rPr>
        <w:t>novembre</w:t>
      </w:r>
      <w:proofErr w:type="spellEnd"/>
      <w:r w:rsidRPr="00D46268">
        <w:rPr>
          <w:rFonts w:ascii="Noto Sans" w:hAnsi="Noto Sans" w:cs="Noto Sans"/>
          <w:sz w:val="20"/>
          <w:szCs w:val="20"/>
        </w:rPr>
        <w:t xml:space="preserve"> 2026. </w:t>
      </w:r>
      <w:proofErr w:type="spellStart"/>
      <w:r w:rsidRPr="00D46268">
        <w:rPr>
          <w:rFonts w:ascii="Noto Sans" w:hAnsi="Noto Sans" w:cs="Noto Sans"/>
          <w:sz w:val="20"/>
          <w:szCs w:val="20"/>
        </w:rPr>
        <w:t>Oggetto</w:t>
      </w:r>
      <w:proofErr w:type="spellEnd"/>
      <w:r w:rsidRPr="00D46268">
        <w:rPr>
          <w:rFonts w:ascii="Noto Sans" w:hAnsi="Noto Sans" w:cs="Noto Sans"/>
          <w:sz w:val="20"/>
          <w:szCs w:val="20"/>
        </w:rPr>
        <w:t xml:space="preserve"> della PEC:</w:t>
      </w:r>
      <w:r w:rsidRPr="00D46268">
        <w:rPr>
          <w:rFonts w:ascii="Noto Sans" w:hAnsi="Noto Sans" w:cs="Noto Sans"/>
          <w:sz w:val="20"/>
          <w:szCs w:val="20"/>
          <w:lang w:val="it-IT"/>
        </w:rPr>
        <w:t xml:space="preserve"> “</w:t>
      </w:r>
      <w:proofErr w:type="spellStart"/>
      <w:r w:rsidRPr="00D46268">
        <w:rPr>
          <w:rFonts w:ascii="Noto Sans" w:hAnsi="Noto Sans" w:cs="Noto Sans"/>
          <w:sz w:val="20"/>
          <w:szCs w:val="20"/>
        </w:rPr>
        <w:t>Manifestazione</w:t>
      </w:r>
      <w:proofErr w:type="spellEnd"/>
      <w:r w:rsidRPr="00D46268">
        <w:rPr>
          <w:rFonts w:ascii="Noto Sans" w:hAnsi="Noto Sans" w:cs="Noto Sans"/>
          <w:sz w:val="20"/>
          <w:szCs w:val="20"/>
        </w:rPr>
        <w:t xml:space="preserve"> di interesse – SOC </w:t>
      </w:r>
      <w:proofErr w:type="gramStart"/>
      <w:r w:rsidRPr="00D46268">
        <w:rPr>
          <w:rFonts w:ascii="Noto Sans" w:hAnsi="Noto Sans" w:cs="Noto Sans"/>
          <w:sz w:val="20"/>
          <w:szCs w:val="20"/>
        </w:rPr>
        <w:t xml:space="preserve">SIEM </w:t>
      </w:r>
      <w:r w:rsidRPr="00D46268">
        <w:rPr>
          <w:rFonts w:ascii="Noto Sans" w:hAnsi="Noto Sans" w:cs="Noto Sans"/>
          <w:sz w:val="20"/>
          <w:szCs w:val="20"/>
          <w:lang w:val="it-IT"/>
        </w:rPr>
        <w:t xml:space="preserve"> -</w:t>
      </w:r>
      <w:proofErr w:type="gramEnd"/>
      <w:r w:rsidRPr="00D46268">
        <w:rPr>
          <w:rFonts w:ascii="Noto Sans" w:hAnsi="Noto Sans" w:cs="Noto Sans"/>
          <w:sz w:val="20"/>
          <w:szCs w:val="20"/>
          <w:lang w:val="it-IT"/>
        </w:rPr>
        <w:t xml:space="preserve"> [denominazione operatore]”.</w:t>
      </w:r>
    </w:p>
    <w:p w14:paraId="2CD96E34" w14:textId="77777777" w:rsidR="00DC27F1" w:rsidRPr="00DC27F1" w:rsidRDefault="00DC27F1" w:rsidP="00DC27F1">
      <w:pPr>
        <w:spacing w:before="140" w:after="140"/>
        <w:rPr>
          <w:rFonts w:ascii="Noto Sans" w:hAnsi="Noto Sans" w:cs="Noto Sans"/>
          <w:sz w:val="20"/>
          <w:szCs w:val="20"/>
          <w:lang w:val="it-IT"/>
        </w:rPr>
      </w:pPr>
      <w:r w:rsidRPr="00DC27F1">
        <w:rPr>
          <w:rFonts w:ascii="Noto Sans" w:hAnsi="Noto Sans" w:cs="Noto Sans"/>
          <w:sz w:val="20"/>
          <w:szCs w:val="20"/>
          <w:lang w:val="it-IT"/>
        </w:rPr>
        <w:t>Ai fini del rispetto del termine farà fede la data e l’ora risultanti dalla ricevuta di avvenuta consegna generata dal sistema PEC del destinatario. In caso di più invii per limiti dimensionali, tutti i messaggi dovranno essere consegnati entro il termine e riportare l’indicazione progressiva “1/n”, “2/n”, ecc.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123"/>
      </w:tblGrid>
      <w:tr w:rsidR="00DC27F1" w:rsidRPr="00DC27F1" w14:paraId="7E9BF5CA" w14:textId="77777777" w:rsidTr="00297737">
        <w:trPr>
          <w:jc w:val="center"/>
        </w:trPr>
        <w:tc>
          <w:tcPr>
            <w:tcW w:w="283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599FB" w14:textId="77777777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DC27F1">
              <w:rPr>
                <w:rFonts w:ascii="Noto Sans" w:hAnsi="Noto Sans" w:cs="Noto Sans"/>
                <w:b/>
                <w:sz w:val="20"/>
                <w:szCs w:val="20"/>
              </w:rPr>
              <w:t>Luogo</w:t>
            </w:r>
            <w:proofErr w:type="spellEnd"/>
            <w:r w:rsidRPr="00DC27F1">
              <w:rPr>
                <w:rFonts w:ascii="Noto Sans" w:hAnsi="Noto Sans" w:cs="Noto Sans"/>
                <w:b/>
                <w:sz w:val="20"/>
                <w:szCs w:val="20"/>
              </w:rPr>
              <w:t xml:space="preserve"> e data</w:t>
            </w:r>
          </w:p>
        </w:tc>
        <w:tc>
          <w:tcPr>
            <w:tcW w:w="61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D10AE6" w14:textId="77777777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r w:rsidRPr="00DC27F1">
              <w:rPr>
                <w:rFonts w:ascii="Noto Sans" w:hAnsi="Noto Sans" w:cs="Noto Sans"/>
                <w:sz w:val="20"/>
                <w:szCs w:val="20"/>
              </w:rPr>
              <w:t>________________________________________</w:t>
            </w:r>
          </w:p>
        </w:tc>
      </w:tr>
      <w:tr w:rsidR="00DC27F1" w:rsidRPr="00DC27F1" w14:paraId="672EAACD" w14:textId="77777777" w:rsidTr="00297737">
        <w:trPr>
          <w:jc w:val="center"/>
        </w:trPr>
        <w:tc>
          <w:tcPr>
            <w:tcW w:w="283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1373A" w14:textId="77777777" w:rsidR="00DC27F1" w:rsidRPr="00DC27F1" w:rsidRDefault="00DC27F1" w:rsidP="00297737">
            <w:pPr>
              <w:spacing w:after="0"/>
              <w:rPr>
                <w:rFonts w:ascii="Noto Sans" w:hAnsi="Noto Sans" w:cs="Noto Sans"/>
                <w:sz w:val="20"/>
                <w:szCs w:val="20"/>
              </w:rPr>
            </w:pPr>
            <w:proofErr w:type="spellStart"/>
            <w:r w:rsidRPr="00DC27F1">
              <w:rPr>
                <w:rFonts w:ascii="Noto Sans" w:hAnsi="Noto Sans" w:cs="Noto Sans"/>
                <w:b/>
                <w:sz w:val="20"/>
                <w:szCs w:val="20"/>
              </w:rPr>
              <w:t>Firma</w:t>
            </w:r>
            <w:proofErr w:type="spellEnd"/>
          </w:p>
        </w:tc>
        <w:tc>
          <w:tcPr>
            <w:tcW w:w="61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2074D4" w14:textId="77777777" w:rsidR="00DC27F1" w:rsidRPr="00DC27F1" w:rsidRDefault="00DC27F1" w:rsidP="00297737">
            <w:pPr>
              <w:rPr>
                <w:rFonts w:ascii="Noto Sans" w:hAnsi="Noto Sans" w:cs="Noto Sans"/>
                <w:sz w:val="20"/>
                <w:szCs w:val="20"/>
                <w:lang w:val="it-IT"/>
              </w:rPr>
            </w:pPr>
            <w:r w:rsidRPr="00DC27F1">
              <w:rPr>
                <w:rFonts w:ascii="Noto Sans" w:hAnsi="Noto Sans" w:cs="Noto Sans"/>
                <w:sz w:val="20"/>
                <w:szCs w:val="20"/>
                <w:lang w:val="it-IT"/>
              </w:rPr>
              <w:t>________________________________________</w:t>
            </w:r>
            <w:r w:rsidRPr="00DC27F1">
              <w:rPr>
                <w:rFonts w:ascii="Noto Sans" w:hAnsi="Noto Sans" w:cs="Noto Sans"/>
                <w:sz w:val="20"/>
                <w:szCs w:val="20"/>
                <w:lang w:val="it-IT"/>
              </w:rPr>
              <w:br/>
              <w:t>(firma digitale del legale rappresentante/procuratore)</w:t>
            </w:r>
          </w:p>
        </w:tc>
      </w:tr>
    </w:tbl>
    <w:p w14:paraId="78F2572D" w14:textId="77777777" w:rsidR="00DC27F1" w:rsidRDefault="00DC27F1" w:rsidP="00DC27F1">
      <w:pPr>
        <w:spacing w:before="120" w:after="0"/>
        <w:rPr>
          <w:rFonts w:ascii="Noto Sans" w:hAnsi="Noto Sans" w:cs="Noto Sans"/>
          <w:sz w:val="20"/>
          <w:szCs w:val="20"/>
          <w:lang w:val="it-IT"/>
        </w:rPr>
      </w:pPr>
    </w:p>
    <w:sectPr w:rsidR="00DC27F1" w:rsidSect="00034616">
      <w:footerReference w:type="default" r:id="rId10"/>
      <w:pgSz w:w="12240" w:h="15840"/>
      <w:pgMar w:top="1191" w:right="1332" w:bottom="1077" w:left="13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B2BA" w14:textId="77777777" w:rsidR="00C11E07" w:rsidRDefault="00C11E07">
      <w:pPr>
        <w:spacing w:after="0" w:line="240" w:lineRule="auto"/>
      </w:pPr>
      <w:r>
        <w:separator/>
      </w:r>
    </w:p>
  </w:endnote>
  <w:endnote w:type="continuationSeparator" w:id="0">
    <w:p w14:paraId="5A1DED6C" w14:textId="77777777" w:rsidR="00C11E07" w:rsidRDefault="00C11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roman"/>
    <w:pitch w:val="variable"/>
  </w:font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F2F4D" w14:textId="77777777" w:rsidR="001A2BCB" w:rsidRDefault="00000000">
    <w:pPr>
      <w:pStyle w:val="Pidipagina"/>
    </w:pPr>
    <w:proofErr w:type="spellStart"/>
    <w:r>
      <w:t>Comune</w:t>
    </w:r>
    <w:proofErr w:type="spellEnd"/>
    <w:r>
      <w:t xml:space="preserve"> di Trieste | </w:t>
    </w:r>
    <w:proofErr w:type="spellStart"/>
    <w:r>
      <w:t>Servizio</w:t>
    </w:r>
    <w:proofErr w:type="spellEnd"/>
    <w:r>
      <w:t xml:space="preserve"> </w:t>
    </w:r>
    <w:proofErr w:type="spellStart"/>
    <w:r>
      <w:t>Trasformazione</w:t>
    </w:r>
    <w:proofErr w:type="spellEnd"/>
    <w:r>
      <w:t xml:space="preserve"> </w:t>
    </w:r>
    <w:proofErr w:type="spellStart"/>
    <w:r>
      <w:t>Digitale</w:t>
    </w:r>
    <w:proofErr w:type="spellEnd"/>
    <w:r>
      <w:t xml:space="preserve"> | SOC/SIEM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AEB76" w14:textId="77777777" w:rsidR="00C11E07" w:rsidRDefault="00C11E07">
      <w:pPr>
        <w:spacing w:after="0" w:line="240" w:lineRule="auto"/>
      </w:pPr>
      <w:r>
        <w:separator/>
      </w:r>
    </w:p>
  </w:footnote>
  <w:footnote w:type="continuationSeparator" w:id="0">
    <w:p w14:paraId="5192FF9A" w14:textId="77777777" w:rsidR="00C11E07" w:rsidRDefault="00C11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2E1827"/>
    <w:multiLevelType w:val="hybridMultilevel"/>
    <w:tmpl w:val="03F8AE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663479">
    <w:abstractNumId w:val="8"/>
  </w:num>
  <w:num w:numId="2" w16cid:durableId="1415936170">
    <w:abstractNumId w:val="6"/>
  </w:num>
  <w:num w:numId="3" w16cid:durableId="1478690555">
    <w:abstractNumId w:val="5"/>
  </w:num>
  <w:num w:numId="4" w16cid:durableId="1647972675">
    <w:abstractNumId w:val="4"/>
  </w:num>
  <w:num w:numId="5" w16cid:durableId="1292250820">
    <w:abstractNumId w:val="7"/>
  </w:num>
  <w:num w:numId="6" w16cid:durableId="2141223064">
    <w:abstractNumId w:val="3"/>
  </w:num>
  <w:num w:numId="7" w16cid:durableId="1386828244">
    <w:abstractNumId w:val="2"/>
  </w:num>
  <w:num w:numId="8" w16cid:durableId="9109794">
    <w:abstractNumId w:val="1"/>
  </w:num>
  <w:num w:numId="9" w16cid:durableId="1061827644">
    <w:abstractNumId w:val="0"/>
  </w:num>
  <w:num w:numId="10" w16cid:durableId="1960455700">
    <w:abstractNumId w:val="9"/>
  </w:num>
  <w:num w:numId="11" w16cid:durableId="11482100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2D34"/>
    <w:rsid w:val="00127CCF"/>
    <w:rsid w:val="0015074B"/>
    <w:rsid w:val="001A2BCB"/>
    <w:rsid w:val="002654FC"/>
    <w:rsid w:val="0029639D"/>
    <w:rsid w:val="00326F90"/>
    <w:rsid w:val="004B225F"/>
    <w:rsid w:val="004C642F"/>
    <w:rsid w:val="0061192C"/>
    <w:rsid w:val="0062353E"/>
    <w:rsid w:val="007179FD"/>
    <w:rsid w:val="007E5E9E"/>
    <w:rsid w:val="008808E3"/>
    <w:rsid w:val="008A6C9A"/>
    <w:rsid w:val="00AA1D8D"/>
    <w:rsid w:val="00B47730"/>
    <w:rsid w:val="00C11E07"/>
    <w:rsid w:val="00C55C73"/>
    <w:rsid w:val="00CB0664"/>
    <w:rsid w:val="00CB1B92"/>
    <w:rsid w:val="00D45F7D"/>
    <w:rsid w:val="00D46268"/>
    <w:rsid w:val="00DC27F1"/>
    <w:rsid w:val="00E216CB"/>
    <w:rsid w:val="00EE5AA5"/>
    <w:rsid w:val="00EF43EA"/>
    <w:rsid w:val="00FB12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C8986"/>
  <w14:defaultImageDpi w14:val="300"/>
  <w15:docId w15:val="{F8E5C9C5-6757-447C-A5D5-EE6A567A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3746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33746"/>
      <w:sz w:val="19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33746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6235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3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mune.trieste@certgov.fvg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1204</Words>
  <Characters>6867</Characters>
  <Application>Microsoft Office Word</Application>
  <DocSecurity>0</DocSecurity>
  <Lines>57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SILVIA ZAMPARO</cp:lastModifiedBy>
  <cp:revision>6</cp:revision>
  <dcterms:created xsi:type="dcterms:W3CDTF">2013-12-23T23:15:00Z</dcterms:created>
  <dcterms:modified xsi:type="dcterms:W3CDTF">2026-11-02T16:15:00Z</dcterms:modified>
  <cp:category/>
</cp:coreProperties>
</file>